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53AFC" w14:textId="77777777" w:rsidR="00C1627D" w:rsidRPr="00A96B4B" w:rsidRDefault="00000000">
      <w:pPr>
        <w:pageBreakBefore/>
        <w:ind w:firstLine="643"/>
        <w:jc w:val="center"/>
        <w:rPr>
          <w:lang w:eastAsia="zh-CN"/>
        </w:rPr>
      </w:pPr>
      <w:r w:rsidRPr="00A96B4B">
        <w:rPr>
          <w:rFonts w:eastAsia="黑体" w:cs="黑体"/>
          <w:b/>
          <w:sz w:val="32"/>
          <w:lang w:eastAsia="zh-CN"/>
        </w:rPr>
        <w:t>附件</w:t>
      </w:r>
      <w:r w:rsidRPr="00A96B4B">
        <w:rPr>
          <w:rFonts w:eastAsia="黑体" w:cs="黑体"/>
          <w:b/>
          <w:sz w:val="32"/>
          <w:lang w:eastAsia="zh-CN"/>
        </w:rPr>
        <w:t>1</w:t>
      </w:r>
      <w:r w:rsidRPr="00A96B4B">
        <w:rPr>
          <w:rFonts w:eastAsia="黑体" w:cs="黑体"/>
          <w:b/>
          <w:sz w:val="32"/>
          <w:lang w:eastAsia="zh-CN"/>
        </w:rPr>
        <w:t>：选手报名信息表</w:t>
      </w:r>
    </w:p>
    <w:tbl>
      <w:tblPr>
        <w:tblStyle w:val="aff1"/>
        <w:tblW w:w="9070" w:type="dxa"/>
        <w:jc w:val="center"/>
        <w:tblLayout w:type="fixed"/>
        <w:tblLook w:val="04A0" w:firstRow="1" w:lastRow="0" w:firstColumn="1" w:lastColumn="0" w:noHBand="0" w:noVBand="1"/>
      </w:tblPr>
      <w:tblGrid>
        <w:gridCol w:w="1475"/>
        <w:gridCol w:w="1700"/>
        <w:gridCol w:w="1134"/>
        <w:gridCol w:w="1276"/>
        <w:gridCol w:w="1671"/>
        <w:gridCol w:w="1814"/>
      </w:tblGrid>
      <w:tr w:rsidR="00C1627D" w:rsidRPr="00D31662" w14:paraId="1D050CDE" w14:textId="77777777" w:rsidTr="00C46FA6">
        <w:trPr>
          <w:cantSplit/>
          <w:jc w:val="center"/>
        </w:trPr>
        <w:tc>
          <w:tcPr>
            <w:tcW w:w="1475" w:type="dxa"/>
            <w:shd w:val="clear" w:color="auto" w:fill="F3F6F8"/>
            <w:tcMar>
              <w:top w:w="90" w:type="dxa"/>
              <w:left w:w="120" w:type="dxa"/>
              <w:bottom w:w="90" w:type="dxa"/>
              <w:right w:w="120" w:type="dxa"/>
            </w:tcMar>
            <w:vAlign w:val="center"/>
          </w:tcPr>
          <w:p w14:paraId="2524A98B" w14:textId="77777777" w:rsidR="00C1627D" w:rsidRPr="00D31662" w:rsidRDefault="00000000" w:rsidP="00D31662">
            <w:pPr>
              <w:ind w:firstLineChars="0" w:firstLine="0"/>
              <w:rPr>
                <w:rFonts w:cs="Times New Roman"/>
              </w:rPr>
            </w:pPr>
            <w:proofErr w:type="spellStart"/>
            <w:r w:rsidRPr="00D31662">
              <w:rPr>
                <w:rFonts w:cs="Times New Roman"/>
                <w:b/>
                <w:sz w:val="20"/>
              </w:rPr>
              <w:t>姓名</w:t>
            </w:r>
            <w:proofErr w:type="spellEnd"/>
          </w:p>
        </w:tc>
        <w:tc>
          <w:tcPr>
            <w:tcW w:w="1700" w:type="dxa"/>
            <w:tcMar>
              <w:top w:w="90" w:type="dxa"/>
              <w:left w:w="120" w:type="dxa"/>
              <w:bottom w:w="90" w:type="dxa"/>
              <w:right w:w="120" w:type="dxa"/>
            </w:tcMar>
            <w:vAlign w:val="center"/>
          </w:tcPr>
          <w:p w14:paraId="0A8904BA" w14:textId="77777777" w:rsidR="00C1627D" w:rsidRPr="00D31662" w:rsidRDefault="00C1627D" w:rsidP="00D31662">
            <w:pPr>
              <w:ind w:firstLineChars="0" w:firstLine="0"/>
              <w:rPr>
                <w:rFonts w:cs="Times New Roman"/>
              </w:rPr>
            </w:pPr>
          </w:p>
        </w:tc>
        <w:tc>
          <w:tcPr>
            <w:tcW w:w="1134" w:type="dxa"/>
            <w:tcMar>
              <w:top w:w="90" w:type="dxa"/>
              <w:left w:w="120" w:type="dxa"/>
              <w:bottom w:w="90" w:type="dxa"/>
              <w:right w:w="120" w:type="dxa"/>
            </w:tcMar>
            <w:vAlign w:val="center"/>
          </w:tcPr>
          <w:p w14:paraId="45871522" w14:textId="77777777" w:rsidR="00C1627D" w:rsidRPr="00D31662" w:rsidRDefault="00000000" w:rsidP="00D31662">
            <w:pPr>
              <w:ind w:firstLineChars="0" w:firstLine="0"/>
              <w:rPr>
                <w:rFonts w:cs="Times New Roman"/>
              </w:rPr>
            </w:pPr>
            <w:proofErr w:type="spellStart"/>
            <w:r w:rsidRPr="00D31662">
              <w:rPr>
                <w:rFonts w:cs="Times New Roman"/>
                <w:sz w:val="20"/>
              </w:rPr>
              <w:t>性别</w:t>
            </w:r>
            <w:proofErr w:type="spellEnd"/>
          </w:p>
        </w:tc>
        <w:tc>
          <w:tcPr>
            <w:tcW w:w="1276" w:type="dxa"/>
            <w:tcMar>
              <w:top w:w="90" w:type="dxa"/>
              <w:left w:w="120" w:type="dxa"/>
              <w:bottom w:w="90" w:type="dxa"/>
              <w:right w:w="120" w:type="dxa"/>
            </w:tcMar>
            <w:vAlign w:val="center"/>
          </w:tcPr>
          <w:p w14:paraId="6A4290B7" w14:textId="77777777" w:rsidR="00C1627D" w:rsidRPr="00D31662" w:rsidRDefault="00C1627D" w:rsidP="00D31662">
            <w:pPr>
              <w:ind w:firstLineChars="0" w:firstLine="0"/>
              <w:rPr>
                <w:rFonts w:cs="Times New Roman"/>
              </w:rPr>
            </w:pPr>
          </w:p>
        </w:tc>
        <w:tc>
          <w:tcPr>
            <w:tcW w:w="1671" w:type="dxa"/>
            <w:tcMar>
              <w:top w:w="90" w:type="dxa"/>
              <w:left w:w="120" w:type="dxa"/>
              <w:bottom w:w="90" w:type="dxa"/>
              <w:right w:w="120" w:type="dxa"/>
            </w:tcMar>
            <w:vAlign w:val="center"/>
          </w:tcPr>
          <w:p w14:paraId="16B6B4BE" w14:textId="77777777" w:rsidR="00C1627D" w:rsidRPr="00D31662" w:rsidRDefault="00000000" w:rsidP="00D31662">
            <w:pPr>
              <w:ind w:firstLineChars="0" w:firstLine="0"/>
              <w:rPr>
                <w:rFonts w:cs="Times New Roman"/>
              </w:rPr>
            </w:pPr>
            <w:proofErr w:type="spellStart"/>
            <w:r w:rsidRPr="00D31662">
              <w:rPr>
                <w:rFonts w:cs="Times New Roman"/>
                <w:sz w:val="20"/>
              </w:rPr>
              <w:t>出生年月</w:t>
            </w:r>
            <w:proofErr w:type="spellEnd"/>
          </w:p>
        </w:tc>
        <w:tc>
          <w:tcPr>
            <w:tcW w:w="1814" w:type="dxa"/>
            <w:tcMar>
              <w:top w:w="90" w:type="dxa"/>
              <w:left w:w="120" w:type="dxa"/>
              <w:bottom w:w="90" w:type="dxa"/>
              <w:right w:w="120" w:type="dxa"/>
            </w:tcMar>
            <w:vAlign w:val="center"/>
          </w:tcPr>
          <w:p w14:paraId="7A40A4F4" w14:textId="77777777" w:rsidR="00C1627D" w:rsidRPr="00D31662" w:rsidRDefault="00C1627D" w:rsidP="00D31662">
            <w:pPr>
              <w:ind w:firstLineChars="0" w:firstLine="0"/>
              <w:rPr>
                <w:rFonts w:cs="Times New Roman"/>
              </w:rPr>
            </w:pPr>
          </w:p>
        </w:tc>
      </w:tr>
      <w:tr w:rsidR="00C1627D" w:rsidRPr="00D31662" w14:paraId="7D377408" w14:textId="77777777" w:rsidTr="00823AB7">
        <w:trPr>
          <w:cantSplit/>
          <w:jc w:val="center"/>
        </w:trPr>
        <w:tc>
          <w:tcPr>
            <w:tcW w:w="1475" w:type="dxa"/>
            <w:shd w:val="clear" w:color="auto" w:fill="F3F6F8"/>
            <w:tcMar>
              <w:top w:w="90" w:type="dxa"/>
              <w:left w:w="120" w:type="dxa"/>
              <w:bottom w:w="90" w:type="dxa"/>
              <w:right w:w="120" w:type="dxa"/>
            </w:tcMar>
            <w:vAlign w:val="center"/>
          </w:tcPr>
          <w:p w14:paraId="65CB6D99" w14:textId="77777777" w:rsidR="00C1627D" w:rsidRPr="00D31662" w:rsidRDefault="00000000" w:rsidP="00D31662">
            <w:pPr>
              <w:ind w:firstLineChars="0" w:firstLine="0"/>
              <w:rPr>
                <w:rFonts w:cs="Times New Roman"/>
              </w:rPr>
            </w:pPr>
            <w:proofErr w:type="spellStart"/>
            <w:r w:rsidRPr="00D31662">
              <w:rPr>
                <w:rFonts w:cs="Times New Roman"/>
                <w:b/>
                <w:sz w:val="20"/>
              </w:rPr>
              <w:t>身份证号</w:t>
            </w:r>
            <w:proofErr w:type="spellEnd"/>
          </w:p>
        </w:tc>
        <w:tc>
          <w:tcPr>
            <w:tcW w:w="7595" w:type="dxa"/>
            <w:gridSpan w:val="5"/>
            <w:tcMar>
              <w:top w:w="90" w:type="dxa"/>
              <w:left w:w="120" w:type="dxa"/>
              <w:bottom w:w="90" w:type="dxa"/>
              <w:right w:w="120" w:type="dxa"/>
            </w:tcMar>
            <w:vAlign w:val="center"/>
          </w:tcPr>
          <w:p w14:paraId="61F132D1" w14:textId="77777777" w:rsidR="00C1627D" w:rsidRPr="00D31662" w:rsidRDefault="00C1627D" w:rsidP="00D31662">
            <w:pPr>
              <w:ind w:firstLineChars="0" w:firstLine="0"/>
              <w:rPr>
                <w:rFonts w:cs="Times New Roman"/>
              </w:rPr>
            </w:pPr>
          </w:p>
        </w:tc>
      </w:tr>
      <w:tr w:rsidR="00823AB7" w:rsidRPr="00D31662" w14:paraId="7E7B1D3A" w14:textId="77777777" w:rsidTr="007A3C77">
        <w:trPr>
          <w:cantSplit/>
          <w:jc w:val="center"/>
        </w:trPr>
        <w:tc>
          <w:tcPr>
            <w:tcW w:w="1475" w:type="dxa"/>
            <w:shd w:val="clear" w:color="auto" w:fill="F3F6F8"/>
            <w:tcMar>
              <w:top w:w="90" w:type="dxa"/>
              <w:left w:w="120" w:type="dxa"/>
              <w:bottom w:w="90" w:type="dxa"/>
              <w:right w:w="120" w:type="dxa"/>
            </w:tcMar>
            <w:vAlign w:val="center"/>
          </w:tcPr>
          <w:p w14:paraId="536B5DA0" w14:textId="77777777" w:rsidR="00823AB7" w:rsidRPr="00D31662" w:rsidRDefault="00823AB7" w:rsidP="00D31662">
            <w:pPr>
              <w:ind w:firstLineChars="0" w:firstLine="0"/>
              <w:rPr>
                <w:rFonts w:cs="Times New Roman"/>
              </w:rPr>
            </w:pPr>
            <w:proofErr w:type="spellStart"/>
            <w:r w:rsidRPr="00D31662">
              <w:rPr>
                <w:rFonts w:cs="Times New Roman"/>
                <w:b/>
                <w:sz w:val="20"/>
              </w:rPr>
              <w:t>手机号码</w:t>
            </w:r>
            <w:proofErr w:type="spellEnd"/>
          </w:p>
        </w:tc>
        <w:tc>
          <w:tcPr>
            <w:tcW w:w="1700" w:type="dxa"/>
            <w:tcMar>
              <w:top w:w="90" w:type="dxa"/>
              <w:left w:w="120" w:type="dxa"/>
              <w:bottom w:w="90" w:type="dxa"/>
              <w:right w:w="120" w:type="dxa"/>
            </w:tcMar>
            <w:vAlign w:val="center"/>
          </w:tcPr>
          <w:p w14:paraId="58F3B3BE" w14:textId="77777777" w:rsidR="00823AB7" w:rsidRPr="00D31662" w:rsidRDefault="00823AB7" w:rsidP="00D31662">
            <w:pPr>
              <w:ind w:firstLineChars="0" w:firstLine="0"/>
              <w:rPr>
                <w:rFonts w:cs="Times New Roman"/>
              </w:rPr>
            </w:pPr>
          </w:p>
        </w:tc>
        <w:tc>
          <w:tcPr>
            <w:tcW w:w="1134" w:type="dxa"/>
            <w:tcMar>
              <w:top w:w="90" w:type="dxa"/>
              <w:left w:w="120" w:type="dxa"/>
              <w:bottom w:w="90" w:type="dxa"/>
              <w:right w:w="120" w:type="dxa"/>
            </w:tcMar>
            <w:vAlign w:val="center"/>
          </w:tcPr>
          <w:p w14:paraId="18435A17" w14:textId="77777777" w:rsidR="00823AB7" w:rsidRPr="00D31662" w:rsidRDefault="00823AB7" w:rsidP="00D31662">
            <w:pPr>
              <w:ind w:firstLineChars="0" w:firstLine="0"/>
              <w:rPr>
                <w:rFonts w:cs="Times New Roman"/>
              </w:rPr>
            </w:pPr>
            <w:proofErr w:type="spellStart"/>
            <w:r w:rsidRPr="00D31662">
              <w:rPr>
                <w:rFonts w:cs="Times New Roman"/>
                <w:sz w:val="20"/>
              </w:rPr>
              <w:t>电子邮箱</w:t>
            </w:r>
            <w:proofErr w:type="spellEnd"/>
          </w:p>
        </w:tc>
        <w:tc>
          <w:tcPr>
            <w:tcW w:w="2947" w:type="dxa"/>
            <w:gridSpan w:val="2"/>
            <w:tcMar>
              <w:top w:w="90" w:type="dxa"/>
              <w:left w:w="120" w:type="dxa"/>
              <w:bottom w:w="90" w:type="dxa"/>
              <w:right w:w="120" w:type="dxa"/>
            </w:tcMar>
            <w:vAlign w:val="center"/>
          </w:tcPr>
          <w:p w14:paraId="43C48211" w14:textId="028C3192" w:rsidR="00823AB7" w:rsidRPr="00D31662" w:rsidRDefault="00823AB7" w:rsidP="00D31662">
            <w:pPr>
              <w:ind w:firstLineChars="0" w:firstLine="0"/>
              <w:rPr>
                <w:rFonts w:cs="Times New Roman"/>
              </w:rPr>
            </w:pPr>
          </w:p>
        </w:tc>
        <w:tc>
          <w:tcPr>
            <w:tcW w:w="1814" w:type="dxa"/>
            <w:vMerge w:val="restart"/>
            <w:tcMar>
              <w:top w:w="90" w:type="dxa"/>
              <w:left w:w="120" w:type="dxa"/>
              <w:bottom w:w="90" w:type="dxa"/>
              <w:right w:w="120" w:type="dxa"/>
            </w:tcMar>
            <w:vAlign w:val="center"/>
          </w:tcPr>
          <w:p w14:paraId="64BE9586" w14:textId="4CEEAD4D" w:rsidR="00823AB7" w:rsidRPr="00D31662" w:rsidRDefault="00823AB7" w:rsidP="00D31662">
            <w:pPr>
              <w:ind w:firstLineChars="0" w:firstLine="0"/>
              <w:rPr>
                <w:rFonts w:cs="Times New Roman"/>
              </w:rPr>
            </w:pPr>
            <w:proofErr w:type="spellStart"/>
            <w:r w:rsidRPr="00D31662">
              <w:rPr>
                <w:rFonts w:cs="Times New Roman"/>
                <w:sz w:val="20"/>
              </w:rPr>
              <w:t>证件照</w:t>
            </w:r>
            <w:proofErr w:type="spellEnd"/>
          </w:p>
        </w:tc>
      </w:tr>
      <w:tr w:rsidR="007A3C77" w:rsidRPr="00D31662" w14:paraId="1C02A76D" w14:textId="77777777" w:rsidTr="00C46FA6">
        <w:trPr>
          <w:cantSplit/>
          <w:jc w:val="center"/>
        </w:trPr>
        <w:tc>
          <w:tcPr>
            <w:tcW w:w="1475" w:type="dxa"/>
            <w:shd w:val="clear" w:color="auto" w:fill="F3F6F8"/>
            <w:tcMar>
              <w:top w:w="90" w:type="dxa"/>
              <w:left w:w="120" w:type="dxa"/>
              <w:bottom w:w="90" w:type="dxa"/>
              <w:right w:w="120" w:type="dxa"/>
            </w:tcMar>
            <w:vAlign w:val="center"/>
          </w:tcPr>
          <w:p w14:paraId="541D3B52" w14:textId="77777777" w:rsidR="007A3C77" w:rsidRPr="00D31662" w:rsidRDefault="007A3C77" w:rsidP="00D31662">
            <w:pPr>
              <w:ind w:firstLineChars="0" w:firstLine="0"/>
              <w:rPr>
                <w:rFonts w:cs="Times New Roman"/>
              </w:rPr>
            </w:pPr>
            <w:proofErr w:type="spellStart"/>
            <w:r w:rsidRPr="00D31662">
              <w:rPr>
                <w:rFonts w:cs="Times New Roman"/>
                <w:b/>
                <w:sz w:val="20"/>
              </w:rPr>
              <w:t>报名组别</w:t>
            </w:r>
            <w:proofErr w:type="spellEnd"/>
          </w:p>
        </w:tc>
        <w:tc>
          <w:tcPr>
            <w:tcW w:w="2834" w:type="dxa"/>
            <w:gridSpan w:val="2"/>
            <w:tcMar>
              <w:top w:w="90" w:type="dxa"/>
              <w:left w:w="120" w:type="dxa"/>
              <w:bottom w:w="90" w:type="dxa"/>
              <w:right w:w="120" w:type="dxa"/>
            </w:tcMar>
            <w:vAlign w:val="center"/>
          </w:tcPr>
          <w:p w14:paraId="54E3A62C" w14:textId="4EFC8FDB" w:rsidR="007A3C77" w:rsidRPr="00D31662" w:rsidRDefault="007A3C77" w:rsidP="00D31662">
            <w:pPr>
              <w:ind w:firstLineChars="0" w:firstLine="0"/>
              <w:rPr>
                <w:rFonts w:cs="Times New Roman"/>
              </w:rPr>
            </w:pPr>
            <w:r w:rsidRPr="00D31662">
              <w:rPr>
                <w:rFonts w:cs="Times New Roman"/>
                <w:sz w:val="20"/>
              </w:rPr>
              <w:t>□</w:t>
            </w:r>
            <w:proofErr w:type="spellStart"/>
            <w:proofErr w:type="gramStart"/>
            <w:r w:rsidRPr="00D31662">
              <w:rPr>
                <w:rFonts w:cs="Times New Roman"/>
                <w:sz w:val="20"/>
              </w:rPr>
              <w:t>职工组</w:t>
            </w:r>
            <w:proofErr w:type="spellEnd"/>
            <w:r w:rsidRPr="00D31662">
              <w:rPr>
                <w:rFonts w:cs="Times New Roman"/>
                <w:sz w:val="20"/>
              </w:rPr>
              <w:t xml:space="preserve">  □</w:t>
            </w:r>
            <w:proofErr w:type="spellStart"/>
            <w:proofErr w:type="gramEnd"/>
            <w:r w:rsidRPr="00D31662">
              <w:rPr>
                <w:rFonts w:cs="Times New Roman"/>
                <w:sz w:val="20"/>
              </w:rPr>
              <w:t>学生组</w:t>
            </w:r>
            <w:proofErr w:type="spellEnd"/>
          </w:p>
        </w:tc>
        <w:tc>
          <w:tcPr>
            <w:tcW w:w="1276" w:type="dxa"/>
            <w:tcMar>
              <w:top w:w="90" w:type="dxa"/>
              <w:left w:w="120" w:type="dxa"/>
              <w:bottom w:w="90" w:type="dxa"/>
              <w:right w:w="120" w:type="dxa"/>
            </w:tcMar>
            <w:vAlign w:val="center"/>
          </w:tcPr>
          <w:p w14:paraId="3C6ADBB3" w14:textId="77777777" w:rsidR="007A3C77" w:rsidRPr="00D31662" w:rsidRDefault="007A3C77" w:rsidP="00D31662">
            <w:pPr>
              <w:ind w:firstLineChars="0" w:firstLine="0"/>
              <w:rPr>
                <w:rFonts w:cs="Times New Roman"/>
              </w:rPr>
            </w:pPr>
            <w:proofErr w:type="spellStart"/>
            <w:r w:rsidRPr="00D31662">
              <w:rPr>
                <w:rFonts w:cs="Times New Roman"/>
                <w:sz w:val="20"/>
              </w:rPr>
              <w:t>报名项目</w:t>
            </w:r>
            <w:proofErr w:type="spellEnd"/>
          </w:p>
        </w:tc>
        <w:tc>
          <w:tcPr>
            <w:tcW w:w="1671" w:type="dxa"/>
            <w:tcMar>
              <w:top w:w="90" w:type="dxa"/>
              <w:left w:w="120" w:type="dxa"/>
              <w:bottom w:w="90" w:type="dxa"/>
              <w:right w:w="120" w:type="dxa"/>
            </w:tcMar>
            <w:vAlign w:val="center"/>
          </w:tcPr>
          <w:p w14:paraId="1A0DEE9B" w14:textId="77777777" w:rsidR="007A3C77" w:rsidRPr="00D31662" w:rsidRDefault="007A3C77" w:rsidP="00D31662">
            <w:pPr>
              <w:ind w:firstLineChars="0" w:firstLine="0"/>
              <w:rPr>
                <w:rFonts w:cs="Times New Roman"/>
                <w:sz w:val="20"/>
                <w:lang w:eastAsia="zh-CN"/>
              </w:rPr>
            </w:pPr>
            <w:r w:rsidRPr="00D31662">
              <w:rPr>
                <w:rFonts w:cs="Times New Roman"/>
                <w:sz w:val="20"/>
                <w:lang w:eastAsia="zh-CN"/>
              </w:rPr>
              <w:t>□</w:t>
            </w:r>
            <w:r w:rsidRPr="00D31662">
              <w:rPr>
                <w:rFonts w:cs="Times New Roman"/>
                <w:sz w:val="20"/>
                <w:lang w:eastAsia="zh-CN"/>
              </w:rPr>
              <w:t>植保</w:t>
            </w:r>
            <w:r w:rsidRPr="00D31662">
              <w:rPr>
                <w:rFonts w:cs="Times New Roman"/>
                <w:sz w:val="20"/>
                <w:lang w:eastAsia="zh-CN"/>
              </w:rPr>
              <w:t xml:space="preserve">  </w:t>
            </w:r>
          </w:p>
          <w:p w14:paraId="1B5C8F95" w14:textId="77777777" w:rsidR="007A3C77" w:rsidRPr="00D31662" w:rsidRDefault="007A3C77" w:rsidP="00D31662">
            <w:pPr>
              <w:ind w:firstLineChars="0" w:firstLine="0"/>
              <w:rPr>
                <w:rFonts w:cs="Times New Roman"/>
                <w:sz w:val="20"/>
                <w:lang w:eastAsia="zh-CN"/>
              </w:rPr>
            </w:pPr>
            <w:r w:rsidRPr="00D31662">
              <w:rPr>
                <w:rFonts w:cs="Times New Roman"/>
                <w:sz w:val="20"/>
                <w:lang w:eastAsia="zh-CN"/>
              </w:rPr>
              <w:t>□</w:t>
            </w:r>
            <w:r w:rsidRPr="00D31662">
              <w:rPr>
                <w:rFonts w:cs="Times New Roman"/>
                <w:sz w:val="20"/>
                <w:lang w:eastAsia="zh-CN"/>
              </w:rPr>
              <w:t>航拍</w:t>
            </w:r>
            <w:r w:rsidRPr="00D31662">
              <w:rPr>
                <w:rFonts w:cs="Times New Roman"/>
                <w:sz w:val="20"/>
                <w:lang w:eastAsia="zh-CN"/>
              </w:rPr>
              <w:t xml:space="preserve">  </w:t>
            </w:r>
          </w:p>
          <w:p w14:paraId="2F431A29" w14:textId="77777777" w:rsidR="007A3C77" w:rsidRPr="00D31662" w:rsidRDefault="007A3C77" w:rsidP="00D31662">
            <w:pPr>
              <w:ind w:firstLineChars="0" w:firstLine="0"/>
              <w:rPr>
                <w:rFonts w:cs="Times New Roman"/>
                <w:sz w:val="20"/>
                <w:lang w:eastAsia="zh-CN"/>
              </w:rPr>
            </w:pPr>
            <w:r w:rsidRPr="00D31662">
              <w:rPr>
                <w:rFonts w:cs="Times New Roman"/>
                <w:sz w:val="20"/>
                <w:lang w:eastAsia="zh-CN"/>
              </w:rPr>
              <w:t>□</w:t>
            </w:r>
            <w:r w:rsidRPr="00D31662">
              <w:rPr>
                <w:rFonts w:cs="Times New Roman"/>
                <w:sz w:val="20"/>
                <w:lang w:eastAsia="zh-CN"/>
              </w:rPr>
              <w:t>巡检</w:t>
            </w:r>
            <w:r w:rsidRPr="00D31662">
              <w:rPr>
                <w:rFonts w:cs="Times New Roman"/>
                <w:sz w:val="20"/>
                <w:lang w:eastAsia="zh-CN"/>
              </w:rPr>
              <w:t xml:space="preserve">  </w:t>
            </w:r>
          </w:p>
          <w:p w14:paraId="6A7B2EAD" w14:textId="48FD0F5C" w:rsidR="007A3C77" w:rsidRPr="00D31662" w:rsidRDefault="007A3C77" w:rsidP="00D31662">
            <w:pPr>
              <w:ind w:firstLineChars="0" w:firstLine="0"/>
              <w:rPr>
                <w:rFonts w:cs="Times New Roman"/>
                <w:lang w:eastAsia="zh-CN"/>
              </w:rPr>
            </w:pPr>
            <w:r w:rsidRPr="00D31662">
              <w:rPr>
                <w:rFonts w:cs="Times New Roman"/>
                <w:sz w:val="20"/>
                <w:lang w:eastAsia="zh-CN"/>
              </w:rPr>
              <w:t>□</w:t>
            </w:r>
            <w:r w:rsidRPr="00D31662">
              <w:rPr>
                <w:rFonts w:cs="Times New Roman"/>
                <w:sz w:val="20"/>
                <w:lang w:eastAsia="zh-CN"/>
              </w:rPr>
              <w:t>物流</w:t>
            </w:r>
          </w:p>
        </w:tc>
        <w:tc>
          <w:tcPr>
            <w:tcW w:w="1814" w:type="dxa"/>
            <w:vMerge/>
            <w:tcMar>
              <w:top w:w="90" w:type="dxa"/>
              <w:left w:w="120" w:type="dxa"/>
              <w:bottom w:w="90" w:type="dxa"/>
              <w:right w:w="120" w:type="dxa"/>
            </w:tcMar>
            <w:vAlign w:val="center"/>
          </w:tcPr>
          <w:p w14:paraId="12BA9C16" w14:textId="77777777" w:rsidR="007A3C77" w:rsidRPr="00D31662" w:rsidRDefault="007A3C77" w:rsidP="00D31662">
            <w:pPr>
              <w:ind w:firstLineChars="0" w:firstLine="0"/>
              <w:rPr>
                <w:rFonts w:cs="Times New Roman"/>
                <w:lang w:eastAsia="zh-CN"/>
              </w:rPr>
            </w:pPr>
          </w:p>
        </w:tc>
      </w:tr>
      <w:tr w:rsidR="00C1627D" w:rsidRPr="00D31662" w14:paraId="17C3CC7B" w14:textId="77777777" w:rsidTr="00823AB7">
        <w:trPr>
          <w:cantSplit/>
          <w:jc w:val="center"/>
        </w:trPr>
        <w:tc>
          <w:tcPr>
            <w:tcW w:w="1475" w:type="dxa"/>
            <w:shd w:val="clear" w:color="auto" w:fill="F3F6F8"/>
            <w:tcMar>
              <w:top w:w="90" w:type="dxa"/>
              <w:left w:w="120" w:type="dxa"/>
              <w:bottom w:w="90" w:type="dxa"/>
              <w:right w:w="120" w:type="dxa"/>
            </w:tcMar>
            <w:vAlign w:val="center"/>
          </w:tcPr>
          <w:p w14:paraId="2CDDB340" w14:textId="77777777" w:rsidR="00C1627D" w:rsidRPr="00D31662" w:rsidRDefault="00000000" w:rsidP="00D31662">
            <w:pPr>
              <w:ind w:firstLineChars="0" w:firstLine="0"/>
              <w:rPr>
                <w:rFonts w:cs="Times New Roman"/>
              </w:rPr>
            </w:pPr>
            <w:proofErr w:type="spellStart"/>
            <w:r w:rsidRPr="00D31662">
              <w:rPr>
                <w:rFonts w:cs="Times New Roman"/>
                <w:b/>
                <w:sz w:val="20"/>
              </w:rPr>
              <w:t>所在单位／学校</w:t>
            </w:r>
            <w:proofErr w:type="spellEnd"/>
          </w:p>
        </w:tc>
        <w:tc>
          <w:tcPr>
            <w:tcW w:w="7595" w:type="dxa"/>
            <w:gridSpan w:val="5"/>
            <w:tcMar>
              <w:top w:w="90" w:type="dxa"/>
              <w:left w:w="120" w:type="dxa"/>
              <w:bottom w:w="90" w:type="dxa"/>
              <w:right w:w="120" w:type="dxa"/>
            </w:tcMar>
            <w:vAlign w:val="center"/>
          </w:tcPr>
          <w:p w14:paraId="7FBEB626" w14:textId="77777777" w:rsidR="00C1627D" w:rsidRPr="00D31662" w:rsidRDefault="00C1627D" w:rsidP="00D31662">
            <w:pPr>
              <w:ind w:firstLineChars="0" w:firstLine="0"/>
              <w:rPr>
                <w:rFonts w:cs="Times New Roman"/>
              </w:rPr>
            </w:pPr>
          </w:p>
          <w:p w14:paraId="525EBE9F" w14:textId="77777777" w:rsidR="00C1627D" w:rsidRPr="00D31662" w:rsidRDefault="00C1627D" w:rsidP="00D31662">
            <w:pPr>
              <w:ind w:firstLineChars="0" w:firstLine="0"/>
              <w:rPr>
                <w:rFonts w:cs="Times New Roman"/>
              </w:rPr>
            </w:pPr>
          </w:p>
        </w:tc>
      </w:tr>
      <w:tr w:rsidR="00C1627D" w:rsidRPr="00D31662" w14:paraId="00BEB183" w14:textId="77777777" w:rsidTr="00823AB7">
        <w:trPr>
          <w:cantSplit/>
          <w:jc w:val="center"/>
        </w:trPr>
        <w:tc>
          <w:tcPr>
            <w:tcW w:w="1475" w:type="dxa"/>
            <w:shd w:val="clear" w:color="auto" w:fill="F3F6F8"/>
            <w:tcMar>
              <w:top w:w="90" w:type="dxa"/>
              <w:left w:w="120" w:type="dxa"/>
              <w:bottom w:w="90" w:type="dxa"/>
              <w:right w:w="120" w:type="dxa"/>
            </w:tcMar>
            <w:vAlign w:val="center"/>
          </w:tcPr>
          <w:p w14:paraId="4D8841AE" w14:textId="77777777" w:rsidR="00C1627D" w:rsidRPr="00D31662" w:rsidRDefault="00000000" w:rsidP="00D31662">
            <w:pPr>
              <w:ind w:firstLineChars="0" w:firstLine="0"/>
              <w:rPr>
                <w:rFonts w:cs="Times New Roman"/>
              </w:rPr>
            </w:pPr>
            <w:proofErr w:type="spellStart"/>
            <w:r w:rsidRPr="00D31662">
              <w:rPr>
                <w:rFonts w:cs="Times New Roman"/>
                <w:b/>
                <w:sz w:val="20"/>
              </w:rPr>
              <w:t>部门／专业／年级</w:t>
            </w:r>
            <w:proofErr w:type="spellEnd"/>
          </w:p>
        </w:tc>
        <w:tc>
          <w:tcPr>
            <w:tcW w:w="7595" w:type="dxa"/>
            <w:gridSpan w:val="5"/>
            <w:tcMar>
              <w:top w:w="90" w:type="dxa"/>
              <w:left w:w="120" w:type="dxa"/>
              <w:bottom w:w="90" w:type="dxa"/>
              <w:right w:w="120" w:type="dxa"/>
            </w:tcMar>
            <w:vAlign w:val="center"/>
          </w:tcPr>
          <w:p w14:paraId="26B91784" w14:textId="77777777" w:rsidR="00C1627D" w:rsidRPr="00D31662" w:rsidRDefault="00C1627D" w:rsidP="00D31662">
            <w:pPr>
              <w:ind w:firstLineChars="0" w:firstLine="0"/>
              <w:rPr>
                <w:rFonts w:cs="Times New Roman"/>
              </w:rPr>
            </w:pPr>
          </w:p>
          <w:p w14:paraId="25C7E591" w14:textId="77777777" w:rsidR="00C1627D" w:rsidRPr="00D31662" w:rsidRDefault="00C1627D" w:rsidP="00D31662">
            <w:pPr>
              <w:ind w:firstLineChars="0" w:firstLine="0"/>
              <w:rPr>
                <w:rFonts w:cs="Times New Roman"/>
              </w:rPr>
            </w:pPr>
          </w:p>
        </w:tc>
      </w:tr>
      <w:tr w:rsidR="00C1627D" w:rsidRPr="00D31662" w14:paraId="15C51ADB" w14:textId="77777777" w:rsidTr="00823AB7">
        <w:trPr>
          <w:cantSplit/>
          <w:jc w:val="center"/>
        </w:trPr>
        <w:tc>
          <w:tcPr>
            <w:tcW w:w="1475" w:type="dxa"/>
            <w:shd w:val="clear" w:color="auto" w:fill="F3F6F8"/>
            <w:tcMar>
              <w:top w:w="90" w:type="dxa"/>
              <w:left w:w="120" w:type="dxa"/>
              <w:bottom w:w="90" w:type="dxa"/>
              <w:right w:w="120" w:type="dxa"/>
            </w:tcMar>
            <w:vAlign w:val="center"/>
          </w:tcPr>
          <w:p w14:paraId="2EACAD28" w14:textId="77777777" w:rsidR="00C1627D" w:rsidRPr="00D31662" w:rsidRDefault="00000000" w:rsidP="00D31662">
            <w:pPr>
              <w:ind w:firstLineChars="0" w:firstLine="0"/>
              <w:rPr>
                <w:rFonts w:cs="Times New Roman"/>
              </w:rPr>
            </w:pPr>
            <w:proofErr w:type="spellStart"/>
            <w:r w:rsidRPr="00D31662">
              <w:rPr>
                <w:rFonts w:cs="Times New Roman"/>
                <w:b/>
                <w:sz w:val="20"/>
              </w:rPr>
              <w:t>身份类别</w:t>
            </w:r>
            <w:proofErr w:type="spellEnd"/>
          </w:p>
        </w:tc>
        <w:tc>
          <w:tcPr>
            <w:tcW w:w="7595" w:type="dxa"/>
            <w:gridSpan w:val="5"/>
            <w:tcMar>
              <w:top w:w="90" w:type="dxa"/>
              <w:left w:w="120" w:type="dxa"/>
              <w:bottom w:w="90" w:type="dxa"/>
              <w:right w:w="120" w:type="dxa"/>
            </w:tcMar>
            <w:vAlign w:val="center"/>
          </w:tcPr>
          <w:p w14:paraId="6822AFF4" w14:textId="62556BEF" w:rsidR="00C1627D" w:rsidRPr="00D31662" w:rsidRDefault="00000000" w:rsidP="00D31662">
            <w:pPr>
              <w:ind w:firstLineChars="0" w:firstLine="0"/>
              <w:rPr>
                <w:rFonts w:cs="Times New Roman"/>
                <w:lang w:eastAsia="zh-CN"/>
              </w:rPr>
            </w:pPr>
            <w:r w:rsidRPr="00D31662">
              <w:rPr>
                <w:rFonts w:cs="Times New Roman"/>
                <w:sz w:val="20"/>
                <w:lang w:eastAsia="zh-CN"/>
              </w:rPr>
              <w:t>□</w:t>
            </w:r>
            <w:proofErr w:type="gramStart"/>
            <w:r w:rsidRPr="00D31662">
              <w:rPr>
                <w:rFonts w:cs="Times New Roman"/>
                <w:sz w:val="20"/>
                <w:lang w:eastAsia="zh-CN"/>
              </w:rPr>
              <w:t>在职职工</w:t>
            </w:r>
            <w:r w:rsidRPr="00D31662">
              <w:rPr>
                <w:rFonts w:cs="Times New Roman"/>
                <w:sz w:val="20"/>
                <w:lang w:eastAsia="zh-CN"/>
              </w:rPr>
              <w:t xml:space="preserve">  □</w:t>
            </w:r>
            <w:r w:rsidRPr="00D31662">
              <w:rPr>
                <w:rFonts w:cs="Times New Roman"/>
                <w:sz w:val="20"/>
                <w:lang w:eastAsia="zh-CN"/>
              </w:rPr>
              <w:t>院校教师</w:t>
            </w:r>
            <w:r w:rsidRPr="00D31662">
              <w:rPr>
                <w:rFonts w:cs="Times New Roman"/>
                <w:sz w:val="20"/>
                <w:lang w:eastAsia="zh-CN"/>
              </w:rPr>
              <w:t xml:space="preserve">  □</w:t>
            </w:r>
            <w:r w:rsidRPr="00D31662">
              <w:rPr>
                <w:rFonts w:cs="Times New Roman"/>
                <w:sz w:val="20"/>
                <w:lang w:eastAsia="zh-CN"/>
              </w:rPr>
              <w:t>在校学生</w:t>
            </w:r>
            <w:r w:rsidRPr="00D31662">
              <w:rPr>
                <w:rFonts w:cs="Times New Roman"/>
                <w:sz w:val="20"/>
                <w:lang w:eastAsia="zh-CN"/>
              </w:rPr>
              <w:t xml:space="preserve">  □</w:t>
            </w:r>
            <w:proofErr w:type="gramEnd"/>
            <w:r w:rsidRPr="00D31662">
              <w:rPr>
                <w:rFonts w:cs="Times New Roman"/>
                <w:sz w:val="20"/>
                <w:lang w:eastAsia="zh-CN"/>
              </w:rPr>
              <w:t>失业／</w:t>
            </w:r>
            <w:proofErr w:type="gramStart"/>
            <w:r w:rsidRPr="00D31662">
              <w:rPr>
                <w:rFonts w:cs="Times New Roman"/>
                <w:sz w:val="20"/>
                <w:lang w:eastAsia="zh-CN"/>
              </w:rPr>
              <w:t>未就业人员</w:t>
            </w:r>
            <w:r w:rsidRPr="00D31662">
              <w:rPr>
                <w:rFonts w:cs="Times New Roman"/>
                <w:sz w:val="20"/>
                <w:lang w:eastAsia="zh-CN"/>
              </w:rPr>
              <w:t xml:space="preserve">  □</w:t>
            </w:r>
            <w:r w:rsidRPr="00D31662">
              <w:rPr>
                <w:rFonts w:cs="Times New Roman"/>
                <w:sz w:val="20"/>
                <w:lang w:eastAsia="zh-CN"/>
              </w:rPr>
              <w:t>退役军人</w:t>
            </w:r>
            <w:r w:rsidRPr="00D31662">
              <w:rPr>
                <w:rFonts w:cs="Times New Roman"/>
                <w:sz w:val="20"/>
                <w:lang w:eastAsia="zh-CN"/>
              </w:rPr>
              <w:t xml:space="preserve">  □</w:t>
            </w:r>
            <w:proofErr w:type="gramEnd"/>
            <w:r w:rsidRPr="00D31662">
              <w:rPr>
                <w:rFonts w:cs="Times New Roman"/>
                <w:sz w:val="20"/>
                <w:lang w:eastAsia="zh-CN"/>
              </w:rPr>
              <w:t>其他</w:t>
            </w:r>
          </w:p>
        </w:tc>
      </w:tr>
      <w:tr w:rsidR="00C1627D" w:rsidRPr="00D31662" w14:paraId="4DD2B75A" w14:textId="77777777" w:rsidTr="00823AB7">
        <w:trPr>
          <w:cantSplit/>
          <w:jc w:val="center"/>
        </w:trPr>
        <w:tc>
          <w:tcPr>
            <w:tcW w:w="1475" w:type="dxa"/>
            <w:shd w:val="clear" w:color="auto" w:fill="F3F6F8"/>
            <w:tcMar>
              <w:top w:w="90" w:type="dxa"/>
              <w:left w:w="120" w:type="dxa"/>
              <w:bottom w:w="90" w:type="dxa"/>
              <w:right w:w="120" w:type="dxa"/>
            </w:tcMar>
            <w:vAlign w:val="center"/>
          </w:tcPr>
          <w:p w14:paraId="45A3F6A9" w14:textId="77777777" w:rsidR="00C1627D" w:rsidRPr="00D31662" w:rsidRDefault="00000000" w:rsidP="00D31662">
            <w:pPr>
              <w:ind w:firstLineChars="0" w:firstLine="0"/>
              <w:rPr>
                <w:rFonts w:cs="Times New Roman"/>
              </w:rPr>
            </w:pPr>
            <w:proofErr w:type="spellStart"/>
            <w:r w:rsidRPr="00D31662">
              <w:rPr>
                <w:rFonts w:cs="Times New Roman"/>
                <w:b/>
                <w:sz w:val="20"/>
              </w:rPr>
              <w:t>无人机驾驶执照</w:t>
            </w:r>
            <w:proofErr w:type="spellEnd"/>
          </w:p>
        </w:tc>
        <w:tc>
          <w:tcPr>
            <w:tcW w:w="7595" w:type="dxa"/>
            <w:gridSpan w:val="5"/>
            <w:tcMar>
              <w:top w:w="90" w:type="dxa"/>
              <w:left w:w="120" w:type="dxa"/>
              <w:bottom w:w="90" w:type="dxa"/>
              <w:right w:w="120" w:type="dxa"/>
            </w:tcMar>
            <w:vAlign w:val="center"/>
          </w:tcPr>
          <w:p w14:paraId="06B0F5CF" w14:textId="49D8EFC0" w:rsidR="00C1627D" w:rsidRPr="00D31662" w:rsidRDefault="00000000" w:rsidP="00D31662">
            <w:pPr>
              <w:ind w:firstLineChars="0" w:firstLine="0"/>
              <w:rPr>
                <w:rFonts w:cs="Times New Roman"/>
                <w:lang w:eastAsia="zh-CN"/>
              </w:rPr>
            </w:pPr>
            <w:r w:rsidRPr="00D31662">
              <w:rPr>
                <w:rFonts w:cs="Times New Roman"/>
                <w:sz w:val="20"/>
                <w:lang w:eastAsia="zh-CN"/>
              </w:rPr>
              <w:t>类型／等级：</w:t>
            </w:r>
            <w:r w:rsidRPr="00D31662">
              <w:rPr>
                <w:rFonts w:cs="Times New Roman"/>
                <w:sz w:val="20"/>
                <w:lang w:eastAsia="zh-CN"/>
              </w:rPr>
              <w:t xml:space="preserve">                    </w:t>
            </w:r>
            <w:r w:rsidRPr="00D31662">
              <w:rPr>
                <w:rFonts w:cs="Times New Roman"/>
                <w:sz w:val="20"/>
                <w:lang w:eastAsia="zh-CN"/>
              </w:rPr>
              <w:t>证号：</w:t>
            </w:r>
            <w:r w:rsidRPr="00D31662">
              <w:rPr>
                <w:rFonts w:cs="Times New Roman"/>
                <w:sz w:val="20"/>
                <w:lang w:eastAsia="zh-CN"/>
              </w:rPr>
              <w:t xml:space="preserve">                    </w:t>
            </w:r>
            <w:r w:rsidRPr="00D31662">
              <w:rPr>
                <w:rFonts w:cs="Times New Roman"/>
                <w:sz w:val="20"/>
                <w:lang w:eastAsia="zh-CN"/>
              </w:rPr>
              <w:t>（无则填</w:t>
            </w:r>
            <w:r w:rsidRPr="00D31662">
              <w:rPr>
                <w:rFonts w:cs="Times New Roman"/>
                <w:sz w:val="20"/>
                <w:lang w:eastAsia="zh-CN"/>
              </w:rPr>
              <w:t>“</w:t>
            </w:r>
            <w:r w:rsidRPr="00D31662">
              <w:rPr>
                <w:rFonts w:cs="Times New Roman"/>
                <w:sz w:val="20"/>
                <w:lang w:eastAsia="zh-CN"/>
              </w:rPr>
              <w:t>无</w:t>
            </w:r>
            <w:r w:rsidRPr="00D31662">
              <w:rPr>
                <w:rFonts w:cs="Times New Roman"/>
                <w:sz w:val="20"/>
                <w:lang w:eastAsia="zh-CN"/>
              </w:rPr>
              <w:t>”</w:t>
            </w:r>
            <w:r w:rsidRPr="00D31662">
              <w:rPr>
                <w:rFonts w:cs="Times New Roman"/>
                <w:sz w:val="20"/>
                <w:lang w:eastAsia="zh-CN"/>
              </w:rPr>
              <w:t>）</w:t>
            </w:r>
          </w:p>
        </w:tc>
      </w:tr>
      <w:tr w:rsidR="00C1627D" w:rsidRPr="00D31662" w14:paraId="381FDAFB" w14:textId="77777777" w:rsidTr="00823AB7">
        <w:trPr>
          <w:cantSplit/>
          <w:jc w:val="center"/>
        </w:trPr>
        <w:tc>
          <w:tcPr>
            <w:tcW w:w="1475" w:type="dxa"/>
            <w:shd w:val="clear" w:color="auto" w:fill="F3F6F8"/>
            <w:tcMar>
              <w:top w:w="90" w:type="dxa"/>
              <w:left w:w="120" w:type="dxa"/>
              <w:bottom w:w="90" w:type="dxa"/>
              <w:right w:w="120" w:type="dxa"/>
            </w:tcMar>
            <w:vAlign w:val="center"/>
          </w:tcPr>
          <w:p w14:paraId="27D0D788" w14:textId="77777777" w:rsidR="00C1627D" w:rsidRPr="00D31662" w:rsidRDefault="00000000" w:rsidP="00D31662">
            <w:pPr>
              <w:ind w:firstLineChars="0" w:firstLine="0"/>
              <w:rPr>
                <w:rFonts w:cs="Times New Roman"/>
              </w:rPr>
            </w:pPr>
            <w:proofErr w:type="spellStart"/>
            <w:r w:rsidRPr="00D31662">
              <w:rPr>
                <w:rFonts w:cs="Times New Roman"/>
                <w:b/>
                <w:sz w:val="20"/>
              </w:rPr>
              <w:t>职业技能等级</w:t>
            </w:r>
            <w:proofErr w:type="spellEnd"/>
          </w:p>
        </w:tc>
        <w:tc>
          <w:tcPr>
            <w:tcW w:w="7595" w:type="dxa"/>
            <w:gridSpan w:val="5"/>
            <w:tcMar>
              <w:top w:w="90" w:type="dxa"/>
              <w:left w:w="120" w:type="dxa"/>
              <w:bottom w:w="90" w:type="dxa"/>
              <w:right w:w="120" w:type="dxa"/>
            </w:tcMar>
            <w:vAlign w:val="center"/>
          </w:tcPr>
          <w:p w14:paraId="67A1755A" w14:textId="7BE2E0D9" w:rsidR="00C1627D" w:rsidRPr="00D31662" w:rsidRDefault="00000000" w:rsidP="00D31662">
            <w:pPr>
              <w:ind w:firstLineChars="0" w:firstLine="0"/>
              <w:rPr>
                <w:rFonts w:cs="Times New Roman"/>
                <w:lang w:eastAsia="zh-CN"/>
              </w:rPr>
            </w:pPr>
            <w:r w:rsidRPr="00D31662">
              <w:rPr>
                <w:rFonts w:cs="Times New Roman"/>
                <w:sz w:val="20"/>
                <w:lang w:eastAsia="zh-CN"/>
              </w:rPr>
              <w:t>职业（工种）：</w:t>
            </w:r>
            <w:r w:rsidRPr="00D31662">
              <w:rPr>
                <w:rFonts w:cs="Times New Roman"/>
                <w:sz w:val="20"/>
                <w:lang w:eastAsia="zh-CN"/>
              </w:rPr>
              <w:t xml:space="preserve">                  </w:t>
            </w:r>
            <w:r w:rsidRPr="00D31662">
              <w:rPr>
                <w:rFonts w:cs="Times New Roman"/>
                <w:sz w:val="20"/>
                <w:lang w:eastAsia="zh-CN"/>
              </w:rPr>
              <w:t>等级：</w:t>
            </w:r>
            <w:r w:rsidRPr="00D31662">
              <w:rPr>
                <w:rFonts w:cs="Times New Roman"/>
                <w:sz w:val="20"/>
                <w:lang w:eastAsia="zh-CN"/>
              </w:rPr>
              <w:t xml:space="preserve">                    </w:t>
            </w:r>
            <w:r w:rsidRPr="00D31662">
              <w:rPr>
                <w:rFonts w:cs="Times New Roman"/>
                <w:sz w:val="20"/>
                <w:lang w:eastAsia="zh-CN"/>
              </w:rPr>
              <w:t>证号：</w:t>
            </w:r>
            <w:r w:rsidRPr="00D31662">
              <w:rPr>
                <w:rFonts w:cs="Times New Roman"/>
                <w:sz w:val="20"/>
                <w:lang w:eastAsia="zh-CN"/>
              </w:rPr>
              <w:t xml:space="preserve">                    </w:t>
            </w:r>
            <w:r w:rsidRPr="00D31662">
              <w:rPr>
                <w:rFonts w:cs="Times New Roman"/>
                <w:sz w:val="20"/>
                <w:lang w:eastAsia="zh-CN"/>
              </w:rPr>
              <w:t>（无则填</w:t>
            </w:r>
            <w:r w:rsidRPr="00D31662">
              <w:rPr>
                <w:rFonts w:cs="Times New Roman"/>
                <w:sz w:val="20"/>
                <w:lang w:eastAsia="zh-CN"/>
              </w:rPr>
              <w:t>“</w:t>
            </w:r>
            <w:r w:rsidRPr="00D31662">
              <w:rPr>
                <w:rFonts w:cs="Times New Roman"/>
                <w:sz w:val="20"/>
                <w:lang w:eastAsia="zh-CN"/>
              </w:rPr>
              <w:t>无</w:t>
            </w:r>
            <w:r w:rsidRPr="00D31662">
              <w:rPr>
                <w:rFonts w:cs="Times New Roman"/>
                <w:sz w:val="20"/>
                <w:lang w:eastAsia="zh-CN"/>
              </w:rPr>
              <w:t>”</w:t>
            </w:r>
            <w:r w:rsidRPr="00D31662">
              <w:rPr>
                <w:rFonts w:cs="Times New Roman"/>
                <w:sz w:val="20"/>
                <w:lang w:eastAsia="zh-CN"/>
              </w:rPr>
              <w:t>）</w:t>
            </w:r>
          </w:p>
        </w:tc>
      </w:tr>
      <w:tr w:rsidR="00C1627D" w:rsidRPr="00D31662" w14:paraId="68A7AA89" w14:textId="77777777" w:rsidTr="00823AB7">
        <w:trPr>
          <w:cantSplit/>
          <w:trHeight w:val="1134"/>
          <w:jc w:val="center"/>
        </w:trPr>
        <w:tc>
          <w:tcPr>
            <w:tcW w:w="1475" w:type="dxa"/>
            <w:shd w:val="clear" w:color="auto" w:fill="F3F6F8"/>
            <w:tcMar>
              <w:top w:w="90" w:type="dxa"/>
              <w:left w:w="120" w:type="dxa"/>
              <w:bottom w:w="90" w:type="dxa"/>
              <w:right w:w="120" w:type="dxa"/>
            </w:tcMar>
            <w:vAlign w:val="center"/>
          </w:tcPr>
          <w:p w14:paraId="3920AE7E" w14:textId="77777777" w:rsidR="00C1627D" w:rsidRPr="00D31662" w:rsidRDefault="00000000" w:rsidP="00D31662">
            <w:pPr>
              <w:ind w:firstLineChars="0" w:firstLine="0"/>
              <w:rPr>
                <w:rFonts w:cs="Times New Roman"/>
              </w:rPr>
            </w:pPr>
            <w:proofErr w:type="spellStart"/>
            <w:r w:rsidRPr="00D31662">
              <w:rPr>
                <w:rFonts w:cs="Times New Roman"/>
                <w:b/>
                <w:sz w:val="20"/>
              </w:rPr>
              <w:t>相关经历与主要成绩</w:t>
            </w:r>
            <w:proofErr w:type="spellEnd"/>
          </w:p>
        </w:tc>
        <w:tc>
          <w:tcPr>
            <w:tcW w:w="7595" w:type="dxa"/>
            <w:gridSpan w:val="5"/>
            <w:tcMar>
              <w:top w:w="90" w:type="dxa"/>
              <w:left w:w="120" w:type="dxa"/>
              <w:bottom w:w="90" w:type="dxa"/>
              <w:right w:w="120" w:type="dxa"/>
            </w:tcMar>
            <w:vAlign w:val="center"/>
          </w:tcPr>
          <w:p w14:paraId="78D0E29A" w14:textId="77777777" w:rsidR="00C1627D" w:rsidRPr="00D31662" w:rsidRDefault="00C1627D" w:rsidP="00D31662">
            <w:pPr>
              <w:ind w:firstLineChars="0" w:firstLine="0"/>
              <w:rPr>
                <w:rFonts w:cs="Times New Roman"/>
              </w:rPr>
            </w:pPr>
          </w:p>
          <w:p w14:paraId="00921786" w14:textId="77777777" w:rsidR="00C1627D" w:rsidRPr="00D31662" w:rsidRDefault="00C1627D" w:rsidP="00D31662">
            <w:pPr>
              <w:ind w:firstLineChars="0" w:firstLine="0"/>
              <w:rPr>
                <w:rFonts w:cs="Times New Roman"/>
                <w:lang w:eastAsia="zh-CN"/>
              </w:rPr>
            </w:pPr>
          </w:p>
          <w:p w14:paraId="62D851C5" w14:textId="77777777" w:rsidR="004842A6" w:rsidRPr="00D31662" w:rsidRDefault="004842A6" w:rsidP="00D31662">
            <w:pPr>
              <w:ind w:firstLineChars="0" w:firstLine="0"/>
              <w:rPr>
                <w:rFonts w:cs="Times New Roman"/>
                <w:lang w:eastAsia="zh-CN"/>
              </w:rPr>
            </w:pPr>
          </w:p>
          <w:p w14:paraId="06307610" w14:textId="77777777" w:rsidR="004842A6" w:rsidRPr="00D31662" w:rsidRDefault="004842A6" w:rsidP="00D31662">
            <w:pPr>
              <w:ind w:firstLineChars="0" w:firstLine="0"/>
              <w:rPr>
                <w:rFonts w:cs="Times New Roman"/>
                <w:lang w:eastAsia="zh-CN"/>
              </w:rPr>
            </w:pPr>
          </w:p>
          <w:p w14:paraId="7F9D209B" w14:textId="77777777" w:rsidR="00C1627D" w:rsidRPr="00D31662" w:rsidRDefault="00C1627D" w:rsidP="00D31662">
            <w:pPr>
              <w:ind w:firstLineChars="0" w:firstLine="0"/>
              <w:rPr>
                <w:rFonts w:cs="Times New Roman"/>
              </w:rPr>
            </w:pPr>
          </w:p>
          <w:p w14:paraId="49F8CB9A" w14:textId="77777777" w:rsidR="00C1627D" w:rsidRPr="00D31662" w:rsidRDefault="00C1627D" w:rsidP="00D31662">
            <w:pPr>
              <w:ind w:firstLineChars="0" w:firstLine="0"/>
              <w:rPr>
                <w:rFonts w:cs="Times New Roman"/>
              </w:rPr>
            </w:pPr>
          </w:p>
        </w:tc>
      </w:tr>
      <w:tr w:rsidR="00C1627D" w:rsidRPr="00D31662" w14:paraId="6C314B73" w14:textId="77777777" w:rsidTr="00823AB7">
        <w:trPr>
          <w:cantSplit/>
          <w:trHeight w:val="1134"/>
          <w:jc w:val="center"/>
        </w:trPr>
        <w:tc>
          <w:tcPr>
            <w:tcW w:w="1475" w:type="dxa"/>
            <w:shd w:val="clear" w:color="auto" w:fill="F3F6F8"/>
            <w:tcMar>
              <w:top w:w="90" w:type="dxa"/>
              <w:left w:w="120" w:type="dxa"/>
              <w:bottom w:w="90" w:type="dxa"/>
              <w:right w:w="120" w:type="dxa"/>
            </w:tcMar>
            <w:vAlign w:val="center"/>
          </w:tcPr>
          <w:p w14:paraId="03463093" w14:textId="77777777" w:rsidR="00C1627D" w:rsidRPr="00D31662" w:rsidRDefault="00000000" w:rsidP="00D31662">
            <w:pPr>
              <w:ind w:firstLineChars="0" w:firstLine="0"/>
              <w:rPr>
                <w:rFonts w:cs="Times New Roman"/>
              </w:rPr>
            </w:pPr>
            <w:proofErr w:type="spellStart"/>
            <w:r w:rsidRPr="00D31662">
              <w:rPr>
                <w:rFonts w:cs="Times New Roman"/>
                <w:b/>
                <w:sz w:val="20"/>
              </w:rPr>
              <w:t>报考项目技能基础</w:t>
            </w:r>
            <w:proofErr w:type="spellEnd"/>
          </w:p>
        </w:tc>
        <w:tc>
          <w:tcPr>
            <w:tcW w:w="7595" w:type="dxa"/>
            <w:gridSpan w:val="5"/>
            <w:tcMar>
              <w:top w:w="90" w:type="dxa"/>
              <w:left w:w="120" w:type="dxa"/>
              <w:bottom w:w="90" w:type="dxa"/>
              <w:right w:w="120" w:type="dxa"/>
            </w:tcMar>
            <w:vAlign w:val="center"/>
          </w:tcPr>
          <w:p w14:paraId="168417BB" w14:textId="77777777" w:rsidR="00C1627D" w:rsidRPr="00D31662" w:rsidRDefault="00C1627D" w:rsidP="00D31662">
            <w:pPr>
              <w:ind w:firstLineChars="0" w:firstLine="0"/>
              <w:rPr>
                <w:rFonts w:cs="Times New Roman"/>
              </w:rPr>
            </w:pPr>
          </w:p>
          <w:p w14:paraId="648F2830" w14:textId="77777777" w:rsidR="00C1627D" w:rsidRPr="00D31662" w:rsidRDefault="00C1627D" w:rsidP="00D31662">
            <w:pPr>
              <w:ind w:firstLineChars="0" w:firstLine="0"/>
              <w:rPr>
                <w:rFonts w:cs="Times New Roman"/>
              </w:rPr>
            </w:pPr>
          </w:p>
          <w:p w14:paraId="6305AFAC" w14:textId="77777777" w:rsidR="00C1627D" w:rsidRPr="00D31662" w:rsidRDefault="00C1627D" w:rsidP="00D31662">
            <w:pPr>
              <w:ind w:firstLineChars="0" w:firstLine="0"/>
              <w:rPr>
                <w:rFonts w:cs="Times New Roman"/>
              </w:rPr>
            </w:pPr>
          </w:p>
        </w:tc>
      </w:tr>
      <w:tr w:rsidR="00C1627D" w:rsidRPr="00D31662" w14:paraId="47078174" w14:textId="77777777" w:rsidTr="00823AB7">
        <w:trPr>
          <w:cantSplit/>
          <w:trHeight w:val="1247"/>
          <w:jc w:val="center"/>
        </w:trPr>
        <w:tc>
          <w:tcPr>
            <w:tcW w:w="1475" w:type="dxa"/>
            <w:shd w:val="clear" w:color="auto" w:fill="F3F6F8"/>
            <w:tcMar>
              <w:top w:w="90" w:type="dxa"/>
              <w:left w:w="120" w:type="dxa"/>
              <w:bottom w:w="90" w:type="dxa"/>
              <w:right w:w="120" w:type="dxa"/>
            </w:tcMar>
            <w:vAlign w:val="center"/>
          </w:tcPr>
          <w:p w14:paraId="3A285F2F" w14:textId="77777777" w:rsidR="00C1627D" w:rsidRPr="00D31662" w:rsidRDefault="00000000" w:rsidP="00D31662">
            <w:pPr>
              <w:ind w:firstLineChars="0" w:firstLine="0"/>
              <w:rPr>
                <w:rFonts w:cs="Times New Roman"/>
              </w:rPr>
            </w:pPr>
            <w:proofErr w:type="spellStart"/>
            <w:r w:rsidRPr="00D31662">
              <w:rPr>
                <w:rFonts w:cs="Times New Roman"/>
                <w:b/>
                <w:sz w:val="20"/>
              </w:rPr>
              <w:lastRenderedPageBreak/>
              <w:t>本人承诺</w:t>
            </w:r>
            <w:proofErr w:type="spellEnd"/>
          </w:p>
        </w:tc>
        <w:tc>
          <w:tcPr>
            <w:tcW w:w="7595" w:type="dxa"/>
            <w:gridSpan w:val="5"/>
            <w:tcMar>
              <w:top w:w="90" w:type="dxa"/>
              <w:left w:w="120" w:type="dxa"/>
              <w:bottom w:w="90" w:type="dxa"/>
              <w:right w:w="120" w:type="dxa"/>
            </w:tcMar>
            <w:vAlign w:val="center"/>
          </w:tcPr>
          <w:p w14:paraId="4E4AFD86" w14:textId="77777777" w:rsidR="00A16824" w:rsidRPr="00D31662" w:rsidRDefault="00A16824" w:rsidP="00D31662">
            <w:pPr>
              <w:ind w:firstLineChars="0" w:firstLine="0"/>
              <w:rPr>
                <w:rFonts w:cs="Times New Roman"/>
                <w:sz w:val="20"/>
                <w:lang w:eastAsia="zh-CN"/>
              </w:rPr>
            </w:pPr>
          </w:p>
          <w:p w14:paraId="39D850D6" w14:textId="351C85A7" w:rsidR="00C1627D" w:rsidRPr="00D31662" w:rsidRDefault="00000000" w:rsidP="00D31662">
            <w:pPr>
              <w:ind w:firstLineChars="0" w:firstLine="0"/>
              <w:rPr>
                <w:rFonts w:cs="Times New Roman"/>
                <w:lang w:eastAsia="zh-CN"/>
              </w:rPr>
            </w:pPr>
            <w:r w:rsidRPr="00D31662">
              <w:rPr>
                <w:rFonts w:cs="Times New Roman"/>
                <w:sz w:val="20"/>
                <w:lang w:eastAsia="zh-CN"/>
              </w:rPr>
              <w:t>本人确认以上信息和材料真实有效，自愿参加选拔、集训和竞赛，遵守竞赛纪律及安全管理规定。</w:t>
            </w:r>
            <w:r w:rsidRPr="00D31662">
              <w:rPr>
                <w:rFonts w:cs="Times New Roman"/>
                <w:sz w:val="20"/>
                <w:lang w:eastAsia="zh-CN"/>
              </w:rPr>
              <w:br/>
            </w:r>
            <w:r w:rsidRPr="00D31662">
              <w:rPr>
                <w:rFonts w:cs="Times New Roman"/>
                <w:sz w:val="20"/>
                <w:lang w:eastAsia="zh-CN"/>
              </w:rPr>
              <w:t>签名：</w:t>
            </w:r>
            <w:r w:rsidRPr="00D31662">
              <w:rPr>
                <w:rFonts w:cs="Times New Roman"/>
                <w:sz w:val="20"/>
                <w:lang w:eastAsia="zh-CN"/>
              </w:rPr>
              <w:t xml:space="preserve">                 </w:t>
            </w:r>
            <w:r w:rsidR="009D587C">
              <w:rPr>
                <w:rFonts w:cs="Times New Roman" w:hint="eastAsia"/>
                <w:sz w:val="20"/>
                <w:lang w:eastAsia="zh-CN"/>
              </w:rPr>
              <w:t xml:space="preserve">                          </w:t>
            </w:r>
            <w:r w:rsidRPr="00D31662">
              <w:rPr>
                <w:rFonts w:cs="Times New Roman"/>
                <w:sz w:val="20"/>
                <w:lang w:eastAsia="zh-CN"/>
              </w:rPr>
              <w:t>日期：</w:t>
            </w:r>
            <w:r w:rsidRPr="00D31662">
              <w:rPr>
                <w:rFonts w:cs="Times New Roman"/>
                <w:sz w:val="20"/>
                <w:lang w:eastAsia="zh-CN"/>
              </w:rPr>
              <w:t xml:space="preserve">      </w:t>
            </w:r>
            <w:r w:rsidRPr="00D31662">
              <w:rPr>
                <w:rFonts w:cs="Times New Roman"/>
                <w:sz w:val="20"/>
                <w:lang w:eastAsia="zh-CN"/>
              </w:rPr>
              <w:t>年</w:t>
            </w:r>
            <w:r w:rsidRPr="00D31662">
              <w:rPr>
                <w:rFonts w:cs="Times New Roman"/>
                <w:sz w:val="20"/>
                <w:lang w:eastAsia="zh-CN"/>
              </w:rPr>
              <w:t xml:space="preserve">   </w:t>
            </w:r>
            <w:r w:rsidRPr="00D31662">
              <w:rPr>
                <w:rFonts w:cs="Times New Roman"/>
                <w:sz w:val="20"/>
                <w:lang w:eastAsia="zh-CN"/>
              </w:rPr>
              <w:t>月</w:t>
            </w:r>
            <w:r w:rsidRPr="00D31662">
              <w:rPr>
                <w:rFonts w:cs="Times New Roman"/>
                <w:sz w:val="20"/>
                <w:lang w:eastAsia="zh-CN"/>
              </w:rPr>
              <w:t xml:space="preserve">   </w:t>
            </w:r>
            <w:r w:rsidRPr="00D31662">
              <w:rPr>
                <w:rFonts w:cs="Times New Roman"/>
                <w:sz w:val="20"/>
                <w:lang w:eastAsia="zh-CN"/>
              </w:rPr>
              <w:t>日</w:t>
            </w:r>
          </w:p>
          <w:p w14:paraId="548D2D16" w14:textId="77777777" w:rsidR="00C1627D" w:rsidRPr="00D31662" w:rsidRDefault="00C1627D" w:rsidP="00D31662">
            <w:pPr>
              <w:ind w:firstLineChars="0" w:firstLine="0"/>
              <w:rPr>
                <w:rFonts w:cs="Times New Roman"/>
                <w:lang w:eastAsia="zh-CN"/>
              </w:rPr>
            </w:pPr>
          </w:p>
        </w:tc>
      </w:tr>
      <w:tr w:rsidR="00C1627D" w:rsidRPr="00D31662" w14:paraId="0D6714DC" w14:textId="77777777" w:rsidTr="00823AB7">
        <w:trPr>
          <w:cantSplit/>
          <w:trHeight w:val="1247"/>
          <w:jc w:val="center"/>
        </w:trPr>
        <w:tc>
          <w:tcPr>
            <w:tcW w:w="1475" w:type="dxa"/>
            <w:shd w:val="clear" w:color="auto" w:fill="F3F6F8"/>
            <w:tcMar>
              <w:top w:w="90" w:type="dxa"/>
              <w:left w:w="120" w:type="dxa"/>
              <w:bottom w:w="90" w:type="dxa"/>
              <w:right w:w="120" w:type="dxa"/>
            </w:tcMar>
            <w:vAlign w:val="center"/>
          </w:tcPr>
          <w:p w14:paraId="05FE1E87" w14:textId="77777777" w:rsidR="00C1627D" w:rsidRPr="00D31662" w:rsidRDefault="00000000" w:rsidP="00D31662">
            <w:pPr>
              <w:ind w:firstLineChars="0" w:firstLine="0"/>
              <w:rPr>
                <w:rFonts w:cs="Times New Roman"/>
              </w:rPr>
            </w:pPr>
            <w:proofErr w:type="spellStart"/>
            <w:r w:rsidRPr="00D31662">
              <w:rPr>
                <w:rFonts w:cs="Times New Roman"/>
                <w:sz w:val="20"/>
              </w:rPr>
              <w:t>单位／院校意见</w:t>
            </w:r>
            <w:proofErr w:type="spellEnd"/>
          </w:p>
        </w:tc>
        <w:tc>
          <w:tcPr>
            <w:tcW w:w="7595" w:type="dxa"/>
            <w:gridSpan w:val="5"/>
            <w:tcMar>
              <w:top w:w="90" w:type="dxa"/>
              <w:left w:w="120" w:type="dxa"/>
              <w:bottom w:w="90" w:type="dxa"/>
              <w:right w:w="120" w:type="dxa"/>
            </w:tcMar>
            <w:vAlign w:val="center"/>
          </w:tcPr>
          <w:p w14:paraId="00E5DD4A" w14:textId="77777777" w:rsidR="00C1627D" w:rsidRPr="00D31662" w:rsidRDefault="00000000" w:rsidP="00D31662">
            <w:pPr>
              <w:ind w:firstLineChars="0" w:firstLine="0"/>
              <w:rPr>
                <w:rFonts w:cs="Times New Roman"/>
                <w:lang w:eastAsia="zh-CN"/>
              </w:rPr>
            </w:pPr>
            <w:r w:rsidRPr="00D31662">
              <w:rPr>
                <w:rFonts w:cs="Times New Roman"/>
                <w:sz w:val="20"/>
                <w:lang w:eastAsia="zh-CN"/>
              </w:rPr>
              <w:t>经审核，该人员身份及所填信息属实，同意推荐报名。个人直接报名且无推荐单位的，本栏可由报名组织单位在资格审核时填写。</w:t>
            </w:r>
            <w:r w:rsidRPr="00D31662">
              <w:rPr>
                <w:rFonts w:cs="Times New Roman"/>
                <w:sz w:val="20"/>
                <w:lang w:eastAsia="zh-CN"/>
              </w:rPr>
              <w:br/>
            </w:r>
            <w:r w:rsidRPr="00D31662">
              <w:rPr>
                <w:rFonts w:cs="Times New Roman"/>
                <w:sz w:val="20"/>
                <w:lang w:eastAsia="zh-CN"/>
              </w:rPr>
              <w:t>负责人签字：</w:t>
            </w:r>
            <w:r w:rsidRPr="00D31662">
              <w:rPr>
                <w:rFonts w:cs="Times New Roman"/>
                <w:sz w:val="20"/>
                <w:lang w:eastAsia="zh-CN"/>
              </w:rPr>
              <w:t xml:space="preserve">           </w:t>
            </w:r>
            <w:r w:rsidRPr="00D31662">
              <w:rPr>
                <w:rFonts w:cs="Times New Roman"/>
                <w:sz w:val="20"/>
                <w:lang w:eastAsia="zh-CN"/>
              </w:rPr>
              <w:t>（盖章）</w:t>
            </w:r>
            <w:r w:rsidRPr="00D31662">
              <w:rPr>
                <w:rFonts w:cs="Times New Roman"/>
                <w:sz w:val="20"/>
                <w:lang w:eastAsia="zh-CN"/>
              </w:rPr>
              <w:t xml:space="preserve">   </w:t>
            </w:r>
            <w:r w:rsidRPr="00D31662">
              <w:rPr>
                <w:rFonts w:cs="Times New Roman"/>
                <w:sz w:val="20"/>
                <w:lang w:eastAsia="zh-CN"/>
              </w:rPr>
              <w:t>日期：</w:t>
            </w:r>
            <w:r w:rsidRPr="00D31662">
              <w:rPr>
                <w:rFonts w:cs="Times New Roman"/>
                <w:sz w:val="20"/>
                <w:lang w:eastAsia="zh-CN"/>
              </w:rPr>
              <w:t xml:space="preserve">      </w:t>
            </w:r>
            <w:r w:rsidRPr="00D31662">
              <w:rPr>
                <w:rFonts w:cs="Times New Roman"/>
                <w:sz w:val="20"/>
                <w:lang w:eastAsia="zh-CN"/>
              </w:rPr>
              <w:t>年</w:t>
            </w:r>
            <w:r w:rsidRPr="00D31662">
              <w:rPr>
                <w:rFonts w:cs="Times New Roman"/>
                <w:sz w:val="20"/>
                <w:lang w:eastAsia="zh-CN"/>
              </w:rPr>
              <w:t xml:space="preserve">   </w:t>
            </w:r>
            <w:r w:rsidRPr="00D31662">
              <w:rPr>
                <w:rFonts w:cs="Times New Roman"/>
                <w:sz w:val="20"/>
                <w:lang w:eastAsia="zh-CN"/>
              </w:rPr>
              <w:t>月</w:t>
            </w:r>
            <w:r w:rsidRPr="00D31662">
              <w:rPr>
                <w:rFonts w:cs="Times New Roman"/>
                <w:sz w:val="20"/>
                <w:lang w:eastAsia="zh-CN"/>
              </w:rPr>
              <w:t xml:space="preserve">   </w:t>
            </w:r>
            <w:r w:rsidRPr="00D31662">
              <w:rPr>
                <w:rFonts w:cs="Times New Roman"/>
                <w:sz w:val="20"/>
                <w:lang w:eastAsia="zh-CN"/>
              </w:rPr>
              <w:t>日</w:t>
            </w:r>
          </w:p>
        </w:tc>
      </w:tr>
    </w:tbl>
    <w:p w14:paraId="6B6F5596" w14:textId="77777777" w:rsidR="00774A4B" w:rsidRDefault="00774A4B">
      <w:pPr>
        <w:pageBreakBefore/>
        <w:ind w:firstLine="643"/>
        <w:jc w:val="center"/>
        <w:rPr>
          <w:rFonts w:eastAsia="黑体" w:cs="黑体"/>
          <w:b/>
          <w:sz w:val="32"/>
          <w:lang w:eastAsia="zh-CN"/>
        </w:rPr>
        <w:sectPr w:rsidR="00774A4B" w:rsidSect="0003461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361" w:left="1531" w:header="709" w:footer="709" w:gutter="0"/>
          <w:cols w:space="720"/>
          <w:docGrid w:linePitch="360"/>
        </w:sectPr>
      </w:pPr>
    </w:p>
    <w:p w14:paraId="7100999E" w14:textId="22634015" w:rsidR="00774A4B" w:rsidRPr="00774A4B" w:rsidRDefault="00774A4B" w:rsidP="00774A4B">
      <w:pPr>
        <w:ind w:firstLine="643"/>
        <w:jc w:val="center"/>
        <w:rPr>
          <w:rFonts w:eastAsia="黑体" w:cs="黑体"/>
          <w:b/>
          <w:sz w:val="32"/>
          <w:lang w:eastAsia="zh-CN"/>
        </w:rPr>
      </w:pPr>
      <w:r w:rsidRPr="00C94B12">
        <w:rPr>
          <w:rFonts w:eastAsia="黑体" w:cs="黑体"/>
          <w:b/>
          <w:sz w:val="32"/>
          <w:lang w:eastAsia="zh-CN"/>
        </w:rPr>
        <w:lastRenderedPageBreak/>
        <w:t>附件</w:t>
      </w:r>
      <w:r w:rsidRPr="00C94B12">
        <w:rPr>
          <w:rFonts w:eastAsia="黑体" w:cs="黑体"/>
          <w:b/>
          <w:sz w:val="32"/>
          <w:lang w:eastAsia="zh-CN"/>
        </w:rPr>
        <w:t>2</w:t>
      </w:r>
      <w:r w:rsidRPr="00C94B12">
        <w:rPr>
          <w:rFonts w:eastAsia="黑体" w:cs="黑体"/>
          <w:b/>
          <w:sz w:val="32"/>
          <w:lang w:eastAsia="zh-CN"/>
        </w:rPr>
        <w:t>：</w:t>
      </w:r>
      <w:r w:rsidRPr="00774A4B">
        <w:rPr>
          <w:rFonts w:eastAsia="黑体" w:cs="黑体"/>
          <w:b/>
          <w:sz w:val="32"/>
          <w:lang w:eastAsia="zh-CN"/>
        </w:rPr>
        <w:t>单位团体报名推荐表</w:t>
      </w:r>
    </w:p>
    <w:tbl>
      <w:tblPr>
        <w:tblW w:w="8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8"/>
        <w:gridCol w:w="709"/>
        <w:gridCol w:w="220"/>
        <w:gridCol w:w="489"/>
        <w:gridCol w:w="1984"/>
        <w:gridCol w:w="99"/>
        <w:gridCol w:w="1560"/>
        <w:gridCol w:w="184"/>
        <w:gridCol w:w="1276"/>
        <w:gridCol w:w="1404"/>
      </w:tblGrid>
      <w:tr w:rsidR="00774A4B" w:rsidRPr="007C4251" w14:paraId="70479A9D" w14:textId="77777777" w:rsidTr="00081146">
        <w:trPr>
          <w:trHeight w:val="454"/>
          <w:jc w:val="center"/>
        </w:trPr>
        <w:tc>
          <w:tcPr>
            <w:tcW w:w="1967" w:type="dxa"/>
            <w:gridSpan w:val="3"/>
            <w:vAlign w:val="center"/>
          </w:tcPr>
          <w:p w14:paraId="3F122946" w14:textId="77777777" w:rsidR="00774A4B" w:rsidRPr="007C4251" w:rsidRDefault="00774A4B" w:rsidP="007C4251">
            <w:pPr>
              <w:ind w:firstLineChars="0" w:firstLine="0"/>
              <w:jc w:val="center"/>
              <w:rPr>
                <w:rFonts w:cs="Times New Roman"/>
                <w:sz w:val="20"/>
                <w:szCs w:val="20"/>
              </w:rPr>
            </w:pPr>
            <w:proofErr w:type="spellStart"/>
            <w:r w:rsidRPr="007C4251">
              <w:rPr>
                <w:rFonts w:cs="Times New Roman"/>
                <w:sz w:val="20"/>
                <w:szCs w:val="20"/>
              </w:rPr>
              <w:t>推荐单位名称</w:t>
            </w:r>
            <w:proofErr w:type="spellEnd"/>
          </w:p>
        </w:tc>
        <w:tc>
          <w:tcPr>
            <w:tcW w:w="6996" w:type="dxa"/>
            <w:gridSpan w:val="7"/>
            <w:vAlign w:val="center"/>
          </w:tcPr>
          <w:p w14:paraId="36C64B68" w14:textId="77777777" w:rsidR="00774A4B" w:rsidRPr="007C4251" w:rsidRDefault="00774A4B" w:rsidP="007C4251">
            <w:pPr>
              <w:ind w:firstLineChars="0" w:firstLine="0"/>
              <w:jc w:val="center"/>
              <w:rPr>
                <w:rFonts w:cs="Times New Roman"/>
                <w:sz w:val="20"/>
                <w:szCs w:val="20"/>
              </w:rPr>
            </w:pPr>
          </w:p>
        </w:tc>
      </w:tr>
      <w:tr w:rsidR="00774A4B" w:rsidRPr="007C4251" w14:paraId="03ABEA77" w14:textId="77777777" w:rsidTr="00081146">
        <w:trPr>
          <w:trHeight w:val="454"/>
          <w:jc w:val="center"/>
        </w:trPr>
        <w:tc>
          <w:tcPr>
            <w:tcW w:w="1967" w:type="dxa"/>
            <w:gridSpan w:val="3"/>
            <w:vAlign w:val="center"/>
          </w:tcPr>
          <w:p w14:paraId="06035DF8" w14:textId="77777777" w:rsidR="00774A4B" w:rsidRPr="007C4251" w:rsidRDefault="00774A4B" w:rsidP="007C4251">
            <w:pPr>
              <w:ind w:firstLineChars="0" w:firstLine="0"/>
              <w:jc w:val="center"/>
              <w:rPr>
                <w:rFonts w:cs="Times New Roman"/>
                <w:sz w:val="20"/>
                <w:szCs w:val="20"/>
              </w:rPr>
            </w:pPr>
            <w:proofErr w:type="spellStart"/>
            <w:r w:rsidRPr="007C4251">
              <w:rPr>
                <w:rFonts w:cs="Times New Roman"/>
                <w:sz w:val="20"/>
                <w:szCs w:val="20"/>
              </w:rPr>
              <w:t>领队姓名</w:t>
            </w:r>
            <w:proofErr w:type="spellEnd"/>
          </w:p>
        </w:tc>
        <w:tc>
          <w:tcPr>
            <w:tcW w:w="2473" w:type="dxa"/>
            <w:gridSpan w:val="2"/>
            <w:vAlign w:val="center"/>
          </w:tcPr>
          <w:p w14:paraId="4A3899FB" w14:textId="77777777" w:rsidR="00774A4B" w:rsidRPr="007C4251" w:rsidRDefault="00774A4B" w:rsidP="007C4251">
            <w:pPr>
              <w:ind w:firstLineChars="0" w:firstLine="0"/>
              <w:jc w:val="center"/>
              <w:rPr>
                <w:rFonts w:cs="Times New Roman"/>
                <w:sz w:val="20"/>
                <w:szCs w:val="20"/>
              </w:rPr>
            </w:pPr>
          </w:p>
        </w:tc>
        <w:tc>
          <w:tcPr>
            <w:tcW w:w="1843" w:type="dxa"/>
            <w:gridSpan w:val="3"/>
            <w:vAlign w:val="center"/>
          </w:tcPr>
          <w:p w14:paraId="7878166F" w14:textId="77777777" w:rsidR="00774A4B" w:rsidRPr="007C4251" w:rsidRDefault="00774A4B" w:rsidP="007C4251">
            <w:pPr>
              <w:ind w:firstLineChars="0" w:firstLine="0"/>
              <w:jc w:val="center"/>
              <w:rPr>
                <w:rFonts w:cs="Times New Roman"/>
                <w:sz w:val="20"/>
                <w:szCs w:val="20"/>
              </w:rPr>
            </w:pPr>
            <w:proofErr w:type="spellStart"/>
            <w:r w:rsidRPr="007C4251">
              <w:rPr>
                <w:rFonts w:cs="Times New Roman"/>
                <w:sz w:val="20"/>
                <w:szCs w:val="20"/>
              </w:rPr>
              <w:t>联系电话</w:t>
            </w:r>
            <w:proofErr w:type="spellEnd"/>
          </w:p>
        </w:tc>
        <w:tc>
          <w:tcPr>
            <w:tcW w:w="2680" w:type="dxa"/>
            <w:gridSpan w:val="2"/>
            <w:vAlign w:val="center"/>
          </w:tcPr>
          <w:p w14:paraId="3201A1E0" w14:textId="77777777" w:rsidR="00774A4B" w:rsidRPr="007C4251" w:rsidRDefault="00774A4B" w:rsidP="007C4251">
            <w:pPr>
              <w:ind w:firstLineChars="0" w:firstLine="0"/>
              <w:jc w:val="center"/>
              <w:rPr>
                <w:rFonts w:cs="Times New Roman"/>
                <w:sz w:val="20"/>
                <w:szCs w:val="20"/>
              </w:rPr>
            </w:pPr>
          </w:p>
        </w:tc>
      </w:tr>
      <w:tr w:rsidR="00774A4B" w:rsidRPr="007C4251" w14:paraId="123A22D6" w14:textId="77777777" w:rsidTr="00081146">
        <w:trPr>
          <w:trHeight w:val="479"/>
          <w:jc w:val="center"/>
        </w:trPr>
        <w:tc>
          <w:tcPr>
            <w:tcW w:w="1967" w:type="dxa"/>
            <w:gridSpan w:val="3"/>
            <w:vAlign w:val="center"/>
          </w:tcPr>
          <w:p w14:paraId="754E93C5" w14:textId="77777777" w:rsidR="00774A4B" w:rsidRPr="007C4251" w:rsidRDefault="00774A4B" w:rsidP="007C4251">
            <w:pPr>
              <w:ind w:firstLineChars="0" w:firstLine="0"/>
              <w:jc w:val="center"/>
              <w:rPr>
                <w:rFonts w:cs="Times New Roman"/>
                <w:sz w:val="20"/>
                <w:szCs w:val="20"/>
              </w:rPr>
            </w:pPr>
            <w:proofErr w:type="spellStart"/>
            <w:r w:rsidRPr="007C4251">
              <w:rPr>
                <w:rFonts w:cs="Times New Roman"/>
                <w:sz w:val="20"/>
                <w:szCs w:val="20"/>
              </w:rPr>
              <w:t>邮箱</w:t>
            </w:r>
            <w:proofErr w:type="spellEnd"/>
          </w:p>
        </w:tc>
        <w:tc>
          <w:tcPr>
            <w:tcW w:w="6996" w:type="dxa"/>
            <w:gridSpan w:val="7"/>
            <w:vAlign w:val="center"/>
          </w:tcPr>
          <w:p w14:paraId="6287E3C7" w14:textId="77777777" w:rsidR="00774A4B" w:rsidRPr="007C4251" w:rsidRDefault="00774A4B" w:rsidP="007C4251">
            <w:pPr>
              <w:ind w:firstLineChars="0" w:firstLine="0"/>
              <w:jc w:val="center"/>
              <w:rPr>
                <w:rFonts w:cs="Times New Roman"/>
                <w:sz w:val="20"/>
                <w:szCs w:val="20"/>
              </w:rPr>
            </w:pPr>
          </w:p>
        </w:tc>
      </w:tr>
      <w:tr w:rsidR="00774A4B" w:rsidRPr="007C4251" w14:paraId="1C973A75" w14:textId="77777777" w:rsidTr="00081146">
        <w:trPr>
          <w:trHeight w:val="454"/>
          <w:jc w:val="center"/>
        </w:trPr>
        <w:tc>
          <w:tcPr>
            <w:tcW w:w="1967" w:type="dxa"/>
            <w:gridSpan w:val="3"/>
            <w:vAlign w:val="center"/>
          </w:tcPr>
          <w:p w14:paraId="5B57218A" w14:textId="77777777" w:rsidR="00774A4B" w:rsidRPr="007C4251" w:rsidRDefault="00774A4B" w:rsidP="007C4251">
            <w:pPr>
              <w:ind w:firstLineChars="0" w:firstLine="0"/>
              <w:jc w:val="center"/>
              <w:rPr>
                <w:rFonts w:cs="Times New Roman"/>
                <w:sz w:val="20"/>
                <w:szCs w:val="20"/>
              </w:rPr>
            </w:pPr>
            <w:proofErr w:type="spellStart"/>
            <w:r w:rsidRPr="007C4251">
              <w:rPr>
                <w:rFonts w:cs="Times New Roman"/>
                <w:sz w:val="20"/>
                <w:szCs w:val="20"/>
              </w:rPr>
              <w:t>单位地址</w:t>
            </w:r>
            <w:proofErr w:type="spellEnd"/>
          </w:p>
        </w:tc>
        <w:tc>
          <w:tcPr>
            <w:tcW w:w="6996" w:type="dxa"/>
            <w:gridSpan w:val="7"/>
            <w:vAlign w:val="center"/>
          </w:tcPr>
          <w:p w14:paraId="38AE9502" w14:textId="77777777" w:rsidR="00774A4B" w:rsidRPr="007C4251" w:rsidRDefault="00774A4B" w:rsidP="007C4251">
            <w:pPr>
              <w:ind w:firstLineChars="0" w:firstLine="0"/>
              <w:jc w:val="center"/>
              <w:rPr>
                <w:rFonts w:cs="Times New Roman"/>
                <w:sz w:val="20"/>
                <w:szCs w:val="20"/>
              </w:rPr>
            </w:pPr>
          </w:p>
        </w:tc>
      </w:tr>
      <w:tr w:rsidR="00774A4B" w:rsidRPr="007C4251" w14:paraId="507E67DB" w14:textId="77777777" w:rsidTr="00081146">
        <w:trPr>
          <w:trHeight w:val="454"/>
          <w:jc w:val="center"/>
        </w:trPr>
        <w:tc>
          <w:tcPr>
            <w:tcW w:w="8963" w:type="dxa"/>
            <w:gridSpan w:val="10"/>
            <w:vAlign w:val="center"/>
          </w:tcPr>
          <w:p w14:paraId="70AA4DFA" w14:textId="77777777" w:rsidR="00774A4B" w:rsidRPr="007C4251" w:rsidRDefault="00774A4B" w:rsidP="007C4251">
            <w:pPr>
              <w:ind w:firstLineChars="0" w:firstLine="0"/>
              <w:jc w:val="center"/>
              <w:rPr>
                <w:rFonts w:cs="Times New Roman"/>
                <w:sz w:val="20"/>
                <w:szCs w:val="20"/>
              </w:rPr>
            </w:pPr>
            <w:proofErr w:type="spellStart"/>
            <w:r w:rsidRPr="007C4251">
              <w:rPr>
                <w:rFonts w:cs="Times New Roman"/>
                <w:sz w:val="20"/>
                <w:szCs w:val="20"/>
              </w:rPr>
              <w:t>团队成员信息</w:t>
            </w:r>
            <w:proofErr w:type="spellEnd"/>
          </w:p>
        </w:tc>
      </w:tr>
      <w:tr w:rsidR="00774A4B" w:rsidRPr="007C4251" w14:paraId="0D0233FA" w14:textId="77777777" w:rsidTr="007A1004">
        <w:trPr>
          <w:trHeight w:val="848"/>
          <w:jc w:val="center"/>
        </w:trPr>
        <w:tc>
          <w:tcPr>
            <w:tcW w:w="1038" w:type="dxa"/>
            <w:vAlign w:val="center"/>
          </w:tcPr>
          <w:p w14:paraId="1C63161A" w14:textId="77777777" w:rsidR="00774A4B" w:rsidRPr="007C4251" w:rsidRDefault="00774A4B" w:rsidP="007C4251">
            <w:pPr>
              <w:ind w:firstLineChars="0" w:firstLine="0"/>
              <w:jc w:val="center"/>
              <w:rPr>
                <w:rFonts w:cs="Times New Roman"/>
                <w:sz w:val="20"/>
                <w:szCs w:val="20"/>
              </w:rPr>
            </w:pPr>
            <w:proofErr w:type="spellStart"/>
            <w:r w:rsidRPr="007C4251">
              <w:rPr>
                <w:rFonts w:cs="Times New Roman"/>
                <w:sz w:val="20"/>
                <w:szCs w:val="20"/>
              </w:rPr>
              <w:t>姓名</w:t>
            </w:r>
            <w:proofErr w:type="spellEnd"/>
          </w:p>
        </w:tc>
        <w:tc>
          <w:tcPr>
            <w:tcW w:w="709" w:type="dxa"/>
            <w:vAlign w:val="center"/>
          </w:tcPr>
          <w:p w14:paraId="2053993F" w14:textId="77777777" w:rsidR="00774A4B" w:rsidRPr="007C4251" w:rsidRDefault="00774A4B" w:rsidP="007C4251">
            <w:pPr>
              <w:ind w:firstLineChars="0" w:firstLine="0"/>
              <w:jc w:val="center"/>
              <w:rPr>
                <w:rFonts w:cs="Times New Roman"/>
                <w:sz w:val="20"/>
                <w:szCs w:val="20"/>
              </w:rPr>
            </w:pPr>
            <w:proofErr w:type="spellStart"/>
            <w:r w:rsidRPr="007C4251">
              <w:rPr>
                <w:rFonts w:cs="Times New Roman"/>
                <w:sz w:val="20"/>
                <w:szCs w:val="20"/>
              </w:rPr>
              <w:t>性别</w:t>
            </w:r>
            <w:proofErr w:type="spellEnd"/>
          </w:p>
        </w:tc>
        <w:tc>
          <w:tcPr>
            <w:tcW w:w="709" w:type="dxa"/>
            <w:gridSpan w:val="2"/>
            <w:vAlign w:val="center"/>
          </w:tcPr>
          <w:p w14:paraId="422AC966" w14:textId="77777777" w:rsidR="00774A4B" w:rsidRPr="007C4251" w:rsidRDefault="00774A4B" w:rsidP="007C4251">
            <w:pPr>
              <w:ind w:firstLineChars="0" w:firstLine="0"/>
              <w:jc w:val="center"/>
              <w:rPr>
                <w:rFonts w:cs="Times New Roman"/>
                <w:sz w:val="20"/>
                <w:szCs w:val="20"/>
              </w:rPr>
            </w:pPr>
            <w:proofErr w:type="spellStart"/>
            <w:r w:rsidRPr="007C4251">
              <w:rPr>
                <w:rFonts w:cs="Times New Roman"/>
                <w:sz w:val="20"/>
                <w:szCs w:val="20"/>
              </w:rPr>
              <w:t>年龄</w:t>
            </w:r>
            <w:proofErr w:type="spellEnd"/>
          </w:p>
        </w:tc>
        <w:tc>
          <w:tcPr>
            <w:tcW w:w="2083" w:type="dxa"/>
            <w:gridSpan w:val="2"/>
            <w:vAlign w:val="center"/>
          </w:tcPr>
          <w:p w14:paraId="7E7D1AC7" w14:textId="77777777" w:rsidR="00774A4B" w:rsidRPr="007C4251" w:rsidRDefault="00774A4B" w:rsidP="007C4251">
            <w:pPr>
              <w:ind w:firstLineChars="0" w:firstLine="0"/>
              <w:jc w:val="center"/>
              <w:rPr>
                <w:rFonts w:cs="Times New Roman"/>
                <w:sz w:val="20"/>
                <w:szCs w:val="20"/>
              </w:rPr>
            </w:pPr>
            <w:proofErr w:type="spellStart"/>
            <w:r w:rsidRPr="007C4251">
              <w:rPr>
                <w:rFonts w:cs="Times New Roman"/>
                <w:sz w:val="20"/>
                <w:szCs w:val="20"/>
              </w:rPr>
              <w:t>身份证号</w:t>
            </w:r>
            <w:proofErr w:type="spellEnd"/>
          </w:p>
        </w:tc>
        <w:tc>
          <w:tcPr>
            <w:tcW w:w="1560" w:type="dxa"/>
            <w:vAlign w:val="center"/>
          </w:tcPr>
          <w:p w14:paraId="2079447F" w14:textId="77777777" w:rsidR="00774A4B" w:rsidRPr="007C4251" w:rsidRDefault="00774A4B" w:rsidP="007C4251">
            <w:pPr>
              <w:ind w:firstLineChars="0" w:firstLine="0"/>
              <w:jc w:val="center"/>
              <w:rPr>
                <w:rFonts w:cs="Times New Roman"/>
                <w:sz w:val="20"/>
                <w:szCs w:val="20"/>
              </w:rPr>
            </w:pPr>
            <w:proofErr w:type="spellStart"/>
            <w:r w:rsidRPr="007C4251">
              <w:rPr>
                <w:rFonts w:cs="Times New Roman"/>
                <w:sz w:val="20"/>
                <w:szCs w:val="20"/>
              </w:rPr>
              <w:t>入职</w:t>
            </w:r>
            <w:proofErr w:type="spellEnd"/>
            <w:r w:rsidRPr="007C4251">
              <w:rPr>
                <w:rFonts w:cs="Times New Roman"/>
                <w:sz w:val="20"/>
                <w:szCs w:val="20"/>
              </w:rPr>
              <w:t>/</w:t>
            </w:r>
            <w:proofErr w:type="spellStart"/>
            <w:r w:rsidRPr="007C4251">
              <w:rPr>
                <w:rFonts w:cs="Times New Roman"/>
                <w:sz w:val="20"/>
                <w:szCs w:val="20"/>
              </w:rPr>
              <w:t>入学时间</w:t>
            </w:r>
            <w:proofErr w:type="spellEnd"/>
          </w:p>
        </w:tc>
        <w:tc>
          <w:tcPr>
            <w:tcW w:w="1460" w:type="dxa"/>
            <w:gridSpan w:val="2"/>
            <w:vAlign w:val="center"/>
          </w:tcPr>
          <w:p w14:paraId="67458DE2" w14:textId="77777777" w:rsidR="00774A4B" w:rsidRPr="007C4251" w:rsidRDefault="00774A4B" w:rsidP="007C4251">
            <w:pPr>
              <w:ind w:firstLineChars="0" w:firstLine="0"/>
              <w:jc w:val="center"/>
              <w:rPr>
                <w:rFonts w:cs="Times New Roman"/>
                <w:sz w:val="20"/>
                <w:szCs w:val="20"/>
              </w:rPr>
            </w:pPr>
            <w:proofErr w:type="spellStart"/>
            <w:r w:rsidRPr="007C4251">
              <w:rPr>
                <w:rFonts w:cs="Times New Roman"/>
                <w:sz w:val="20"/>
                <w:szCs w:val="20"/>
              </w:rPr>
              <w:t>报名项目</w:t>
            </w:r>
            <w:proofErr w:type="spellEnd"/>
          </w:p>
        </w:tc>
        <w:tc>
          <w:tcPr>
            <w:tcW w:w="1404" w:type="dxa"/>
            <w:vAlign w:val="center"/>
          </w:tcPr>
          <w:p w14:paraId="7260F775" w14:textId="77777777" w:rsidR="00774A4B" w:rsidRPr="007C4251" w:rsidRDefault="00774A4B" w:rsidP="007C4251">
            <w:pPr>
              <w:ind w:firstLineChars="0" w:firstLine="0"/>
              <w:jc w:val="center"/>
              <w:rPr>
                <w:rFonts w:cs="Times New Roman"/>
                <w:sz w:val="20"/>
                <w:szCs w:val="20"/>
              </w:rPr>
            </w:pPr>
            <w:proofErr w:type="spellStart"/>
            <w:r w:rsidRPr="007C4251">
              <w:rPr>
                <w:rFonts w:cs="Times New Roman"/>
                <w:sz w:val="20"/>
                <w:szCs w:val="20"/>
              </w:rPr>
              <w:t>联系电话</w:t>
            </w:r>
            <w:proofErr w:type="spellEnd"/>
          </w:p>
        </w:tc>
      </w:tr>
      <w:tr w:rsidR="00774A4B" w:rsidRPr="007C4251" w14:paraId="49603CA3" w14:textId="77777777" w:rsidTr="007A1004">
        <w:trPr>
          <w:trHeight w:val="454"/>
          <w:jc w:val="center"/>
        </w:trPr>
        <w:tc>
          <w:tcPr>
            <w:tcW w:w="1038" w:type="dxa"/>
            <w:vAlign w:val="center"/>
          </w:tcPr>
          <w:p w14:paraId="2890A3A9" w14:textId="77777777" w:rsidR="00774A4B" w:rsidRPr="007C4251" w:rsidRDefault="00774A4B" w:rsidP="007C4251">
            <w:pPr>
              <w:ind w:firstLineChars="0" w:firstLine="0"/>
              <w:jc w:val="center"/>
              <w:rPr>
                <w:rFonts w:cs="Times New Roman"/>
                <w:sz w:val="20"/>
                <w:szCs w:val="20"/>
              </w:rPr>
            </w:pPr>
          </w:p>
        </w:tc>
        <w:tc>
          <w:tcPr>
            <w:tcW w:w="709" w:type="dxa"/>
            <w:vAlign w:val="center"/>
          </w:tcPr>
          <w:p w14:paraId="4FE359D1" w14:textId="77777777" w:rsidR="00774A4B" w:rsidRPr="007C4251" w:rsidRDefault="00774A4B" w:rsidP="007C4251">
            <w:pPr>
              <w:ind w:firstLineChars="0" w:firstLine="0"/>
              <w:jc w:val="center"/>
              <w:rPr>
                <w:rFonts w:cs="Times New Roman"/>
                <w:sz w:val="20"/>
                <w:szCs w:val="20"/>
              </w:rPr>
            </w:pPr>
          </w:p>
        </w:tc>
        <w:tc>
          <w:tcPr>
            <w:tcW w:w="709" w:type="dxa"/>
            <w:gridSpan w:val="2"/>
            <w:vAlign w:val="center"/>
          </w:tcPr>
          <w:p w14:paraId="5FF99572" w14:textId="77777777" w:rsidR="00774A4B" w:rsidRPr="007C4251" w:rsidRDefault="00774A4B" w:rsidP="007C4251">
            <w:pPr>
              <w:ind w:firstLineChars="0" w:firstLine="0"/>
              <w:jc w:val="center"/>
              <w:rPr>
                <w:rFonts w:cs="Times New Roman"/>
                <w:sz w:val="20"/>
                <w:szCs w:val="20"/>
              </w:rPr>
            </w:pPr>
          </w:p>
        </w:tc>
        <w:tc>
          <w:tcPr>
            <w:tcW w:w="2083" w:type="dxa"/>
            <w:gridSpan w:val="2"/>
            <w:vAlign w:val="center"/>
          </w:tcPr>
          <w:p w14:paraId="04E70D2F" w14:textId="77777777" w:rsidR="00774A4B" w:rsidRPr="007C4251" w:rsidRDefault="00774A4B" w:rsidP="007C4251">
            <w:pPr>
              <w:ind w:firstLineChars="0" w:firstLine="0"/>
              <w:jc w:val="center"/>
              <w:rPr>
                <w:rFonts w:cs="Times New Roman"/>
                <w:sz w:val="20"/>
                <w:szCs w:val="20"/>
              </w:rPr>
            </w:pPr>
          </w:p>
        </w:tc>
        <w:tc>
          <w:tcPr>
            <w:tcW w:w="1560" w:type="dxa"/>
            <w:vAlign w:val="center"/>
          </w:tcPr>
          <w:p w14:paraId="2EF18497" w14:textId="77777777" w:rsidR="00774A4B" w:rsidRPr="007C4251" w:rsidRDefault="00774A4B" w:rsidP="007C4251">
            <w:pPr>
              <w:ind w:firstLineChars="0" w:firstLine="0"/>
              <w:jc w:val="center"/>
              <w:rPr>
                <w:rFonts w:cs="Times New Roman"/>
                <w:sz w:val="20"/>
                <w:szCs w:val="20"/>
              </w:rPr>
            </w:pPr>
          </w:p>
        </w:tc>
        <w:tc>
          <w:tcPr>
            <w:tcW w:w="1460" w:type="dxa"/>
            <w:gridSpan w:val="2"/>
            <w:vAlign w:val="center"/>
          </w:tcPr>
          <w:p w14:paraId="02785765" w14:textId="77777777" w:rsidR="00774A4B" w:rsidRPr="007C4251" w:rsidRDefault="00774A4B" w:rsidP="007C4251">
            <w:pPr>
              <w:ind w:firstLineChars="0" w:firstLine="0"/>
              <w:jc w:val="center"/>
              <w:rPr>
                <w:rFonts w:cs="Times New Roman"/>
                <w:sz w:val="20"/>
                <w:szCs w:val="20"/>
              </w:rPr>
            </w:pPr>
          </w:p>
        </w:tc>
        <w:tc>
          <w:tcPr>
            <w:tcW w:w="1404" w:type="dxa"/>
            <w:vAlign w:val="center"/>
          </w:tcPr>
          <w:p w14:paraId="5DBD7C8E" w14:textId="77777777" w:rsidR="00774A4B" w:rsidRPr="007C4251" w:rsidRDefault="00774A4B" w:rsidP="007C4251">
            <w:pPr>
              <w:ind w:firstLineChars="0" w:firstLine="0"/>
              <w:jc w:val="center"/>
              <w:rPr>
                <w:rFonts w:cs="Times New Roman"/>
                <w:sz w:val="20"/>
                <w:szCs w:val="20"/>
              </w:rPr>
            </w:pPr>
          </w:p>
        </w:tc>
      </w:tr>
      <w:tr w:rsidR="00774A4B" w:rsidRPr="007C4251" w14:paraId="1A789511" w14:textId="77777777" w:rsidTr="007A1004">
        <w:trPr>
          <w:trHeight w:val="454"/>
          <w:jc w:val="center"/>
        </w:trPr>
        <w:tc>
          <w:tcPr>
            <w:tcW w:w="1038" w:type="dxa"/>
            <w:vAlign w:val="center"/>
          </w:tcPr>
          <w:p w14:paraId="0C031D06" w14:textId="77777777" w:rsidR="00774A4B" w:rsidRPr="007C4251" w:rsidRDefault="00774A4B" w:rsidP="007C4251">
            <w:pPr>
              <w:ind w:firstLineChars="0" w:firstLine="0"/>
              <w:jc w:val="center"/>
              <w:rPr>
                <w:rFonts w:cs="Times New Roman"/>
                <w:sz w:val="20"/>
                <w:szCs w:val="20"/>
              </w:rPr>
            </w:pPr>
          </w:p>
        </w:tc>
        <w:tc>
          <w:tcPr>
            <w:tcW w:w="709" w:type="dxa"/>
            <w:vAlign w:val="center"/>
          </w:tcPr>
          <w:p w14:paraId="6E7D208E" w14:textId="77777777" w:rsidR="00774A4B" w:rsidRPr="007C4251" w:rsidRDefault="00774A4B" w:rsidP="007C4251">
            <w:pPr>
              <w:ind w:firstLineChars="0" w:firstLine="0"/>
              <w:jc w:val="center"/>
              <w:rPr>
                <w:rFonts w:cs="Times New Roman"/>
                <w:sz w:val="20"/>
                <w:szCs w:val="20"/>
              </w:rPr>
            </w:pPr>
          </w:p>
        </w:tc>
        <w:tc>
          <w:tcPr>
            <w:tcW w:w="709" w:type="dxa"/>
            <w:gridSpan w:val="2"/>
            <w:vAlign w:val="center"/>
          </w:tcPr>
          <w:p w14:paraId="5156DC53" w14:textId="77777777" w:rsidR="00774A4B" w:rsidRPr="007C4251" w:rsidRDefault="00774A4B" w:rsidP="007C4251">
            <w:pPr>
              <w:ind w:firstLineChars="0" w:firstLine="0"/>
              <w:jc w:val="center"/>
              <w:rPr>
                <w:rFonts w:cs="Times New Roman"/>
                <w:sz w:val="20"/>
                <w:szCs w:val="20"/>
              </w:rPr>
            </w:pPr>
          </w:p>
        </w:tc>
        <w:tc>
          <w:tcPr>
            <w:tcW w:w="2083" w:type="dxa"/>
            <w:gridSpan w:val="2"/>
            <w:vAlign w:val="center"/>
          </w:tcPr>
          <w:p w14:paraId="0C4F35FF" w14:textId="77777777" w:rsidR="00774A4B" w:rsidRPr="007C4251" w:rsidRDefault="00774A4B" w:rsidP="007C4251">
            <w:pPr>
              <w:ind w:firstLineChars="0" w:firstLine="0"/>
              <w:jc w:val="center"/>
              <w:rPr>
                <w:rFonts w:cs="Times New Roman"/>
                <w:sz w:val="20"/>
                <w:szCs w:val="20"/>
              </w:rPr>
            </w:pPr>
          </w:p>
        </w:tc>
        <w:tc>
          <w:tcPr>
            <w:tcW w:w="1560" w:type="dxa"/>
            <w:vAlign w:val="center"/>
          </w:tcPr>
          <w:p w14:paraId="55D722F2" w14:textId="77777777" w:rsidR="00774A4B" w:rsidRPr="007C4251" w:rsidRDefault="00774A4B" w:rsidP="007C4251">
            <w:pPr>
              <w:ind w:firstLineChars="0" w:firstLine="0"/>
              <w:jc w:val="center"/>
              <w:rPr>
                <w:rFonts w:cs="Times New Roman"/>
                <w:sz w:val="20"/>
                <w:szCs w:val="20"/>
              </w:rPr>
            </w:pPr>
          </w:p>
        </w:tc>
        <w:tc>
          <w:tcPr>
            <w:tcW w:w="1460" w:type="dxa"/>
            <w:gridSpan w:val="2"/>
            <w:vAlign w:val="center"/>
          </w:tcPr>
          <w:p w14:paraId="3964774E" w14:textId="77777777" w:rsidR="00774A4B" w:rsidRPr="007C4251" w:rsidRDefault="00774A4B" w:rsidP="007C4251">
            <w:pPr>
              <w:ind w:firstLineChars="0" w:firstLine="0"/>
              <w:jc w:val="center"/>
              <w:rPr>
                <w:rFonts w:cs="Times New Roman"/>
                <w:sz w:val="20"/>
                <w:szCs w:val="20"/>
              </w:rPr>
            </w:pPr>
          </w:p>
        </w:tc>
        <w:tc>
          <w:tcPr>
            <w:tcW w:w="1404" w:type="dxa"/>
            <w:vAlign w:val="center"/>
          </w:tcPr>
          <w:p w14:paraId="5E41B98F" w14:textId="77777777" w:rsidR="00774A4B" w:rsidRPr="007C4251" w:rsidRDefault="00774A4B" w:rsidP="007C4251">
            <w:pPr>
              <w:ind w:firstLineChars="0" w:firstLine="0"/>
              <w:jc w:val="center"/>
              <w:rPr>
                <w:rFonts w:cs="Times New Roman"/>
                <w:sz w:val="20"/>
                <w:szCs w:val="20"/>
              </w:rPr>
            </w:pPr>
          </w:p>
        </w:tc>
      </w:tr>
      <w:tr w:rsidR="00774A4B" w:rsidRPr="007C4251" w14:paraId="6E34D629" w14:textId="77777777" w:rsidTr="007A1004">
        <w:trPr>
          <w:trHeight w:val="454"/>
          <w:jc w:val="center"/>
        </w:trPr>
        <w:tc>
          <w:tcPr>
            <w:tcW w:w="1038" w:type="dxa"/>
            <w:vAlign w:val="center"/>
          </w:tcPr>
          <w:p w14:paraId="1EFB7928" w14:textId="77777777" w:rsidR="00774A4B" w:rsidRPr="007C4251" w:rsidRDefault="00774A4B" w:rsidP="007C4251">
            <w:pPr>
              <w:ind w:firstLineChars="0" w:firstLine="0"/>
              <w:jc w:val="center"/>
              <w:rPr>
                <w:rFonts w:cs="Times New Roman"/>
                <w:sz w:val="20"/>
                <w:szCs w:val="20"/>
              </w:rPr>
            </w:pPr>
          </w:p>
        </w:tc>
        <w:tc>
          <w:tcPr>
            <w:tcW w:w="709" w:type="dxa"/>
            <w:vAlign w:val="center"/>
          </w:tcPr>
          <w:p w14:paraId="3063AE0D" w14:textId="77777777" w:rsidR="00774A4B" w:rsidRPr="007C4251" w:rsidRDefault="00774A4B" w:rsidP="007C4251">
            <w:pPr>
              <w:ind w:firstLineChars="0" w:firstLine="0"/>
              <w:jc w:val="center"/>
              <w:rPr>
                <w:rFonts w:cs="Times New Roman"/>
                <w:sz w:val="20"/>
                <w:szCs w:val="20"/>
              </w:rPr>
            </w:pPr>
          </w:p>
        </w:tc>
        <w:tc>
          <w:tcPr>
            <w:tcW w:w="709" w:type="dxa"/>
            <w:gridSpan w:val="2"/>
            <w:vAlign w:val="center"/>
          </w:tcPr>
          <w:p w14:paraId="7B18FD3D" w14:textId="77777777" w:rsidR="00774A4B" w:rsidRPr="007C4251" w:rsidRDefault="00774A4B" w:rsidP="007C4251">
            <w:pPr>
              <w:ind w:firstLineChars="0" w:firstLine="0"/>
              <w:jc w:val="center"/>
              <w:rPr>
                <w:rFonts w:cs="Times New Roman"/>
                <w:sz w:val="20"/>
                <w:szCs w:val="20"/>
              </w:rPr>
            </w:pPr>
          </w:p>
        </w:tc>
        <w:tc>
          <w:tcPr>
            <w:tcW w:w="2083" w:type="dxa"/>
            <w:gridSpan w:val="2"/>
            <w:vAlign w:val="center"/>
          </w:tcPr>
          <w:p w14:paraId="08B8092C" w14:textId="77777777" w:rsidR="00774A4B" w:rsidRPr="007C4251" w:rsidRDefault="00774A4B" w:rsidP="007C4251">
            <w:pPr>
              <w:ind w:firstLineChars="0" w:firstLine="0"/>
              <w:jc w:val="center"/>
              <w:rPr>
                <w:rFonts w:cs="Times New Roman"/>
                <w:sz w:val="20"/>
                <w:szCs w:val="20"/>
              </w:rPr>
            </w:pPr>
          </w:p>
        </w:tc>
        <w:tc>
          <w:tcPr>
            <w:tcW w:w="1560" w:type="dxa"/>
            <w:vAlign w:val="center"/>
          </w:tcPr>
          <w:p w14:paraId="174481C7" w14:textId="77777777" w:rsidR="00774A4B" w:rsidRPr="007C4251" w:rsidRDefault="00774A4B" w:rsidP="007C4251">
            <w:pPr>
              <w:ind w:firstLineChars="0" w:firstLine="0"/>
              <w:jc w:val="center"/>
              <w:rPr>
                <w:rFonts w:cs="Times New Roman"/>
                <w:sz w:val="20"/>
                <w:szCs w:val="20"/>
              </w:rPr>
            </w:pPr>
          </w:p>
        </w:tc>
        <w:tc>
          <w:tcPr>
            <w:tcW w:w="1460" w:type="dxa"/>
            <w:gridSpan w:val="2"/>
            <w:vAlign w:val="center"/>
          </w:tcPr>
          <w:p w14:paraId="3A3369E3" w14:textId="77777777" w:rsidR="00774A4B" w:rsidRPr="007C4251" w:rsidRDefault="00774A4B" w:rsidP="007C4251">
            <w:pPr>
              <w:ind w:firstLineChars="0" w:firstLine="0"/>
              <w:jc w:val="center"/>
              <w:rPr>
                <w:rFonts w:cs="Times New Roman"/>
                <w:sz w:val="20"/>
                <w:szCs w:val="20"/>
              </w:rPr>
            </w:pPr>
          </w:p>
        </w:tc>
        <w:tc>
          <w:tcPr>
            <w:tcW w:w="1404" w:type="dxa"/>
            <w:vAlign w:val="center"/>
          </w:tcPr>
          <w:p w14:paraId="617204F3" w14:textId="77777777" w:rsidR="00774A4B" w:rsidRPr="007C4251" w:rsidRDefault="00774A4B" w:rsidP="007C4251">
            <w:pPr>
              <w:ind w:firstLineChars="0" w:firstLine="0"/>
              <w:jc w:val="center"/>
              <w:rPr>
                <w:rFonts w:cs="Times New Roman"/>
                <w:sz w:val="20"/>
                <w:szCs w:val="20"/>
              </w:rPr>
            </w:pPr>
          </w:p>
        </w:tc>
      </w:tr>
      <w:tr w:rsidR="00774A4B" w:rsidRPr="007C4251" w14:paraId="742CC02C" w14:textId="77777777" w:rsidTr="007A1004">
        <w:trPr>
          <w:trHeight w:val="454"/>
          <w:jc w:val="center"/>
        </w:trPr>
        <w:tc>
          <w:tcPr>
            <w:tcW w:w="1038" w:type="dxa"/>
            <w:vAlign w:val="center"/>
          </w:tcPr>
          <w:p w14:paraId="7C08D4B5" w14:textId="77777777" w:rsidR="00774A4B" w:rsidRPr="007C4251" w:rsidRDefault="00774A4B" w:rsidP="007C4251">
            <w:pPr>
              <w:ind w:firstLineChars="0" w:firstLine="0"/>
              <w:jc w:val="center"/>
              <w:rPr>
                <w:rFonts w:cs="Times New Roman"/>
                <w:sz w:val="20"/>
                <w:szCs w:val="20"/>
              </w:rPr>
            </w:pPr>
          </w:p>
        </w:tc>
        <w:tc>
          <w:tcPr>
            <w:tcW w:w="709" w:type="dxa"/>
            <w:vAlign w:val="center"/>
          </w:tcPr>
          <w:p w14:paraId="79D520A8" w14:textId="77777777" w:rsidR="00774A4B" w:rsidRPr="007C4251" w:rsidRDefault="00774A4B" w:rsidP="007C4251">
            <w:pPr>
              <w:ind w:firstLineChars="0" w:firstLine="0"/>
              <w:jc w:val="center"/>
              <w:rPr>
                <w:rFonts w:cs="Times New Roman"/>
                <w:sz w:val="20"/>
                <w:szCs w:val="20"/>
              </w:rPr>
            </w:pPr>
          </w:p>
        </w:tc>
        <w:tc>
          <w:tcPr>
            <w:tcW w:w="709" w:type="dxa"/>
            <w:gridSpan w:val="2"/>
            <w:vAlign w:val="center"/>
          </w:tcPr>
          <w:p w14:paraId="0052C572" w14:textId="77777777" w:rsidR="00774A4B" w:rsidRPr="007C4251" w:rsidRDefault="00774A4B" w:rsidP="007C4251">
            <w:pPr>
              <w:ind w:firstLineChars="0" w:firstLine="0"/>
              <w:jc w:val="center"/>
              <w:rPr>
                <w:rFonts w:cs="Times New Roman"/>
                <w:sz w:val="20"/>
                <w:szCs w:val="20"/>
              </w:rPr>
            </w:pPr>
          </w:p>
        </w:tc>
        <w:tc>
          <w:tcPr>
            <w:tcW w:w="2083" w:type="dxa"/>
            <w:gridSpan w:val="2"/>
            <w:vAlign w:val="center"/>
          </w:tcPr>
          <w:p w14:paraId="026D55FF" w14:textId="77777777" w:rsidR="00774A4B" w:rsidRPr="007C4251" w:rsidRDefault="00774A4B" w:rsidP="007C4251">
            <w:pPr>
              <w:ind w:firstLineChars="0" w:firstLine="0"/>
              <w:jc w:val="center"/>
              <w:rPr>
                <w:rFonts w:cs="Times New Roman"/>
                <w:sz w:val="20"/>
                <w:szCs w:val="20"/>
              </w:rPr>
            </w:pPr>
          </w:p>
        </w:tc>
        <w:tc>
          <w:tcPr>
            <w:tcW w:w="1560" w:type="dxa"/>
            <w:vAlign w:val="center"/>
          </w:tcPr>
          <w:p w14:paraId="3788D83A" w14:textId="77777777" w:rsidR="00774A4B" w:rsidRPr="007C4251" w:rsidRDefault="00774A4B" w:rsidP="007C4251">
            <w:pPr>
              <w:ind w:firstLineChars="0" w:firstLine="0"/>
              <w:jc w:val="center"/>
              <w:rPr>
                <w:rFonts w:cs="Times New Roman"/>
                <w:sz w:val="20"/>
                <w:szCs w:val="20"/>
              </w:rPr>
            </w:pPr>
          </w:p>
        </w:tc>
        <w:tc>
          <w:tcPr>
            <w:tcW w:w="1460" w:type="dxa"/>
            <w:gridSpan w:val="2"/>
            <w:vAlign w:val="center"/>
          </w:tcPr>
          <w:p w14:paraId="17DC00F4" w14:textId="77777777" w:rsidR="00774A4B" w:rsidRPr="007C4251" w:rsidRDefault="00774A4B" w:rsidP="007C4251">
            <w:pPr>
              <w:ind w:firstLineChars="0" w:firstLine="0"/>
              <w:jc w:val="center"/>
              <w:rPr>
                <w:rFonts w:cs="Times New Roman"/>
                <w:sz w:val="20"/>
                <w:szCs w:val="20"/>
              </w:rPr>
            </w:pPr>
          </w:p>
        </w:tc>
        <w:tc>
          <w:tcPr>
            <w:tcW w:w="1404" w:type="dxa"/>
            <w:vAlign w:val="center"/>
          </w:tcPr>
          <w:p w14:paraId="6E1D46A9" w14:textId="77777777" w:rsidR="00774A4B" w:rsidRPr="007C4251" w:rsidRDefault="00774A4B" w:rsidP="007C4251">
            <w:pPr>
              <w:ind w:firstLineChars="0" w:firstLine="0"/>
              <w:jc w:val="center"/>
              <w:rPr>
                <w:rFonts w:cs="Times New Roman"/>
                <w:sz w:val="20"/>
                <w:szCs w:val="20"/>
              </w:rPr>
            </w:pPr>
          </w:p>
        </w:tc>
      </w:tr>
      <w:tr w:rsidR="00774A4B" w:rsidRPr="007C4251" w14:paraId="0B50928D" w14:textId="77777777" w:rsidTr="007A1004">
        <w:trPr>
          <w:trHeight w:val="454"/>
          <w:jc w:val="center"/>
        </w:trPr>
        <w:tc>
          <w:tcPr>
            <w:tcW w:w="1038" w:type="dxa"/>
            <w:vAlign w:val="center"/>
          </w:tcPr>
          <w:p w14:paraId="73D53EB5" w14:textId="77777777" w:rsidR="00774A4B" w:rsidRPr="007C4251" w:rsidRDefault="00774A4B" w:rsidP="007C4251">
            <w:pPr>
              <w:ind w:firstLineChars="0" w:firstLine="0"/>
              <w:jc w:val="center"/>
              <w:rPr>
                <w:rFonts w:cs="Times New Roman"/>
                <w:sz w:val="20"/>
                <w:szCs w:val="20"/>
              </w:rPr>
            </w:pPr>
          </w:p>
        </w:tc>
        <w:tc>
          <w:tcPr>
            <w:tcW w:w="709" w:type="dxa"/>
            <w:vAlign w:val="center"/>
          </w:tcPr>
          <w:p w14:paraId="56D3A727" w14:textId="77777777" w:rsidR="00774A4B" w:rsidRPr="007C4251" w:rsidRDefault="00774A4B" w:rsidP="007C4251">
            <w:pPr>
              <w:ind w:firstLineChars="0" w:firstLine="0"/>
              <w:jc w:val="center"/>
              <w:rPr>
                <w:rFonts w:cs="Times New Roman"/>
                <w:sz w:val="20"/>
                <w:szCs w:val="20"/>
              </w:rPr>
            </w:pPr>
          </w:p>
        </w:tc>
        <w:tc>
          <w:tcPr>
            <w:tcW w:w="709" w:type="dxa"/>
            <w:gridSpan w:val="2"/>
            <w:vAlign w:val="center"/>
          </w:tcPr>
          <w:p w14:paraId="10C077AF" w14:textId="77777777" w:rsidR="00774A4B" w:rsidRPr="007C4251" w:rsidRDefault="00774A4B" w:rsidP="007C4251">
            <w:pPr>
              <w:ind w:firstLineChars="0" w:firstLine="0"/>
              <w:jc w:val="center"/>
              <w:rPr>
                <w:rFonts w:cs="Times New Roman"/>
                <w:sz w:val="20"/>
                <w:szCs w:val="20"/>
              </w:rPr>
            </w:pPr>
          </w:p>
        </w:tc>
        <w:tc>
          <w:tcPr>
            <w:tcW w:w="2083" w:type="dxa"/>
            <w:gridSpan w:val="2"/>
            <w:vAlign w:val="center"/>
          </w:tcPr>
          <w:p w14:paraId="42BC395C" w14:textId="77777777" w:rsidR="00774A4B" w:rsidRPr="007C4251" w:rsidRDefault="00774A4B" w:rsidP="007C4251">
            <w:pPr>
              <w:ind w:firstLineChars="0" w:firstLine="0"/>
              <w:jc w:val="center"/>
              <w:rPr>
                <w:rFonts w:cs="Times New Roman"/>
                <w:sz w:val="20"/>
                <w:szCs w:val="20"/>
              </w:rPr>
            </w:pPr>
          </w:p>
        </w:tc>
        <w:tc>
          <w:tcPr>
            <w:tcW w:w="1560" w:type="dxa"/>
            <w:vAlign w:val="center"/>
          </w:tcPr>
          <w:p w14:paraId="49F14E85" w14:textId="77777777" w:rsidR="00774A4B" w:rsidRPr="007C4251" w:rsidRDefault="00774A4B" w:rsidP="007C4251">
            <w:pPr>
              <w:ind w:firstLineChars="0" w:firstLine="0"/>
              <w:jc w:val="center"/>
              <w:rPr>
                <w:rFonts w:cs="Times New Roman"/>
                <w:sz w:val="20"/>
                <w:szCs w:val="20"/>
              </w:rPr>
            </w:pPr>
          </w:p>
        </w:tc>
        <w:tc>
          <w:tcPr>
            <w:tcW w:w="1460" w:type="dxa"/>
            <w:gridSpan w:val="2"/>
            <w:vAlign w:val="center"/>
          </w:tcPr>
          <w:p w14:paraId="495E24D3" w14:textId="77777777" w:rsidR="00774A4B" w:rsidRPr="007C4251" w:rsidRDefault="00774A4B" w:rsidP="007C4251">
            <w:pPr>
              <w:ind w:firstLineChars="0" w:firstLine="0"/>
              <w:jc w:val="center"/>
              <w:rPr>
                <w:rFonts w:cs="Times New Roman"/>
                <w:sz w:val="20"/>
                <w:szCs w:val="20"/>
              </w:rPr>
            </w:pPr>
          </w:p>
        </w:tc>
        <w:tc>
          <w:tcPr>
            <w:tcW w:w="1404" w:type="dxa"/>
            <w:vAlign w:val="center"/>
          </w:tcPr>
          <w:p w14:paraId="3BB78AB2" w14:textId="77777777" w:rsidR="00774A4B" w:rsidRPr="007C4251" w:rsidRDefault="00774A4B" w:rsidP="007C4251">
            <w:pPr>
              <w:ind w:firstLineChars="0" w:firstLine="0"/>
              <w:jc w:val="center"/>
              <w:rPr>
                <w:rFonts w:cs="Times New Roman"/>
                <w:sz w:val="20"/>
                <w:szCs w:val="20"/>
              </w:rPr>
            </w:pPr>
          </w:p>
        </w:tc>
      </w:tr>
      <w:tr w:rsidR="00774A4B" w:rsidRPr="007C4251" w14:paraId="47E15F96" w14:textId="77777777" w:rsidTr="00081146">
        <w:trPr>
          <w:trHeight w:val="1237"/>
          <w:jc w:val="center"/>
        </w:trPr>
        <w:tc>
          <w:tcPr>
            <w:tcW w:w="8963" w:type="dxa"/>
            <w:gridSpan w:val="10"/>
            <w:vAlign w:val="center"/>
          </w:tcPr>
          <w:p w14:paraId="2D12F46E" w14:textId="77777777" w:rsidR="00774A4B" w:rsidRPr="007C4251" w:rsidRDefault="00774A4B" w:rsidP="007C4251">
            <w:pPr>
              <w:ind w:firstLineChars="0" w:firstLine="0"/>
              <w:rPr>
                <w:rFonts w:cs="Times New Roman"/>
                <w:sz w:val="20"/>
                <w:szCs w:val="20"/>
                <w:lang w:eastAsia="zh-CN"/>
              </w:rPr>
            </w:pPr>
            <w:r w:rsidRPr="007C4251">
              <w:rPr>
                <w:rFonts w:cs="Times New Roman"/>
                <w:sz w:val="20"/>
                <w:szCs w:val="20"/>
                <w:lang w:eastAsia="zh-CN"/>
              </w:rPr>
              <w:t>单位意见：</w:t>
            </w:r>
          </w:p>
          <w:p w14:paraId="4B37E532" w14:textId="77777777" w:rsidR="00774A4B" w:rsidRPr="007C4251" w:rsidRDefault="00774A4B" w:rsidP="007C4251">
            <w:pPr>
              <w:ind w:firstLineChars="0" w:firstLine="0"/>
              <w:rPr>
                <w:rFonts w:cs="Times New Roman"/>
                <w:sz w:val="20"/>
                <w:szCs w:val="20"/>
                <w:lang w:eastAsia="zh-CN"/>
              </w:rPr>
            </w:pPr>
            <w:r w:rsidRPr="007C4251">
              <w:rPr>
                <w:rFonts w:cs="Times New Roman"/>
                <w:sz w:val="20"/>
                <w:szCs w:val="20"/>
                <w:lang w:eastAsia="zh-CN"/>
              </w:rPr>
              <w:t>以上人员满足参赛资格要求，请予以参赛。</w:t>
            </w:r>
          </w:p>
          <w:p w14:paraId="3A6082B6" w14:textId="77777777" w:rsidR="00774A4B" w:rsidRPr="007C4251" w:rsidRDefault="00774A4B" w:rsidP="007C4251">
            <w:pPr>
              <w:ind w:firstLineChars="0" w:firstLine="0"/>
              <w:jc w:val="center"/>
              <w:rPr>
                <w:rFonts w:cs="Times New Roman"/>
                <w:sz w:val="20"/>
                <w:szCs w:val="20"/>
                <w:lang w:eastAsia="zh-CN"/>
              </w:rPr>
            </w:pPr>
          </w:p>
          <w:p w14:paraId="238347E7" w14:textId="77777777" w:rsidR="00774A4B" w:rsidRPr="007C4251" w:rsidRDefault="00774A4B" w:rsidP="007C4251">
            <w:pPr>
              <w:ind w:firstLineChars="0" w:firstLine="0"/>
              <w:jc w:val="center"/>
              <w:rPr>
                <w:rFonts w:cs="Times New Roman"/>
                <w:sz w:val="20"/>
                <w:szCs w:val="20"/>
              </w:rPr>
            </w:pPr>
            <w:proofErr w:type="spellStart"/>
            <w:r w:rsidRPr="007C4251">
              <w:rPr>
                <w:rFonts w:cs="Times New Roman"/>
                <w:sz w:val="20"/>
                <w:szCs w:val="20"/>
              </w:rPr>
              <w:t>单位盖章</w:t>
            </w:r>
            <w:proofErr w:type="spellEnd"/>
          </w:p>
          <w:p w14:paraId="7E6A1CD7" w14:textId="4A41AB0A" w:rsidR="00774A4B" w:rsidRPr="007C4251" w:rsidRDefault="00081146" w:rsidP="007C4251">
            <w:pPr>
              <w:ind w:firstLineChars="0" w:firstLine="0"/>
              <w:jc w:val="center"/>
              <w:rPr>
                <w:rFonts w:cs="Times New Roman"/>
                <w:sz w:val="20"/>
                <w:szCs w:val="20"/>
              </w:rPr>
            </w:pPr>
            <w:r w:rsidRPr="007C4251">
              <w:rPr>
                <w:rFonts w:cs="Times New Roman"/>
                <w:sz w:val="20"/>
                <w:szCs w:val="20"/>
                <w:lang w:eastAsia="zh-CN"/>
              </w:rPr>
              <w:t xml:space="preserve">          </w:t>
            </w:r>
            <w:r w:rsidR="00774A4B" w:rsidRPr="007C4251">
              <w:rPr>
                <w:rFonts w:cs="Times New Roman"/>
                <w:sz w:val="20"/>
                <w:szCs w:val="20"/>
              </w:rPr>
              <w:t>年</w:t>
            </w:r>
            <w:r w:rsidR="00774A4B" w:rsidRPr="007C4251">
              <w:rPr>
                <w:rFonts w:cs="Times New Roman"/>
                <w:sz w:val="20"/>
                <w:szCs w:val="20"/>
              </w:rPr>
              <w:t xml:space="preserve">  </w:t>
            </w:r>
            <w:r w:rsidRPr="007C4251">
              <w:rPr>
                <w:rFonts w:cs="Times New Roman"/>
                <w:sz w:val="20"/>
                <w:szCs w:val="20"/>
                <w:lang w:eastAsia="zh-CN"/>
              </w:rPr>
              <w:t xml:space="preserve">     </w:t>
            </w:r>
            <w:r w:rsidR="00774A4B" w:rsidRPr="007C4251">
              <w:rPr>
                <w:rFonts w:cs="Times New Roman"/>
                <w:sz w:val="20"/>
                <w:szCs w:val="20"/>
              </w:rPr>
              <w:t>月</w:t>
            </w:r>
            <w:r w:rsidR="00774A4B" w:rsidRPr="007C4251">
              <w:rPr>
                <w:rFonts w:cs="Times New Roman"/>
                <w:sz w:val="20"/>
                <w:szCs w:val="20"/>
              </w:rPr>
              <w:t xml:space="preserve"> </w:t>
            </w:r>
            <w:r w:rsidRPr="007C4251">
              <w:rPr>
                <w:rFonts w:cs="Times New Roman"/>
                <w:sz w:val="20"/>
                <w:szCs w:val="20"/>
                <w:lang w:eastAsia="zh-CN"/>
              </w:rPr>
              <w:t xml:space="preserve">      </w:t>
            </w:r>
            <w:r w:rsidR="00774A4B" w:rsidRPr="007C4251">
              <w:rPr>
                <w:rFonts w:cs="Times New Roman"/>
                <w:sz w:val="20"/>
                <w:szCs w:val="20"/>
              </w:rPr>
              <w:t xml:space="preserve"> </w:t>
            </w:r>
            <w:r w:rsidR="00774A4B" w:rsidRPr="007C4251">
              <w:rPr>
                <w:rFonts w:cs="Times New Roman"/>
                <w:sz w:val="20"/>
                <w:szCs w:val="20"/>
              </w:rPr>
              <w:t>日</w:t>
            </w:r>
          </w:p>
        </w:tc>
      </w:tr>
    </w:tbl>
    <w:p w14:paraId="4697FF82" w14:textId="551E19F7" w:rsidR="00C1627D" w:rsidRPr="00C94B12" w:rsidRDefault="00000000">
      <w:pPr>
        <w:pageBreakBefore/>
        <w:ind w:firstLine="643"/>
        <w:jc w:val="center"/>
        <w:rPr>
          <w:lang w:eastAsia="zh-CN"/>
        </w:rPr>
      </w:pPr>
      <w:r w:rsidRPr="00C94B12">
        <w:rPr>
          <w:rFonts w:eastAsia="黑体" w:cs="黑体"/>
          <w:b/>
          <w:sz w:val="32"/>
          <w:lang w:eastAsia="zh-CN"/>
        </w:rPr>
        <w:lastRenderedPageBreak/>
        <w:t>附件</w:t>
      </w:r>
      <w:r w:rsidR="00774A4B">
        <w:rPr>
          <w:rFonts w:eastAsia="黑体" w:cs="黑体" w:hint="eastAsia"/>
          <w:b/>
          <w:sz w:val="32"/>
          <w:lang w:eastAsia="zh-CN"/>
        </w:rPr>
        <w:t>3</w:t>
      </w:r>
      <w:r w:rsidRPr="00C94B12">
        <w:rPr>
          <w:rFonts w:eastAsia="黑体" w:cs="黑体"/>
          <w:b/>
          <w:sz w:val="32"/>
          <w:lang w:eastAsia="zh-CN"/>
        </w:rPr>
        <w:t>：参赛与安全承诺书</w:t>
      </w:r>
    </w:p>
    <w:p w14:paraId="5031FD6C" w14:textId="77777777" w:rsidR="00C1627D" w:rsidRDefault="00000000">
      <w:pPr>
        <w:spacing w:after="140"/>
        <w:ind w:firstLine="480"/>
        <w:jc w:val="both"/>
        <w:rPr>
          <w:lang w:eastAsia="zh-CN"/>
        </w:rPr>
      </w:pPr>
      <w:r>
        <w:rPr>
          <w:rFonts w:ascii="宋体" w:hAnsi="宋体" w:cs="宋体"/>
          <w:color w:val="000000"/>
          <w:lang w:eastAsia="zh-CN"/>
        </w:rPr>
        <w:t>本人自愿报名参加2026年全国无人机驾驶员职业技能竞赛北京市选拔及相关训练、集训活动，现郑重承诺：</w:t>
      </w:r>
    </w:p>
    <w:p w14:paraId="28D3FCA4" w14:textId="77777777" w:rsidR="00C1627D" w:rsidRDefault="00000000">
      <w:pPr>
        <w:spacing w:after="140"/>
        <w:ind w:firstLine="480"/>
        <w:jc w:val="both"/>
        <w:rPr>
          <w:lang w:eastAsia="zh-CN"/>
        </w:rPr>
      </w:pPr>
      <w:r>
        <w:rPr>
          <w:rFonts w:ascii="宋体" w:hAnsi="宋体" w:cs="宋体"/>
          <w:color w:val="000000"/>
          <w:lang w:eastAsia="zh-CN"/>
        </w:rPr>
        <w:t>一、本人提交的报名信息、身份证明、学籍／工作证明及其他材料真实、准确、有效；如有不实，自愿承担相应责任。</w:t>
      </w:r>
    </w:p>
    <w:p w14:paraId="678FE256" w14:textId="77777777" w:rsidR="00C1627D" w:rsidRDefault="00000000">
      <w:pPr>
        <w:spacing w:after="140"/>
        <w:ind w:firstLine="480"/>
        <w:jc w:val="both"/>
        <w:rPr>
          <w:lang w:eastAsia="zh-CN"/>
        </w:rPr>
      </w:pPr>
      <w:r>
        <w:rPr>
          <w:rFonts w:ascii="宋体" w:hAnsi="宋体" w:cs="宋体"/>
          <w:color w:val="000000"/>
          <w:lang w:eastAsia="zh-CN"/>
        </w:rPr>
        <w:t>二、本人服从北京市职业技能鉴定管理中心、北京工业职业技术学院及相关竞赛组织单位的资格审核、选拔、训练、集训、网上注册和参赛安排，遵守竞赛纪律、保密要求和赛场规则。</w:t>
      </w:r>
    </w:p>
    <w:p w14:paraId="15EAF761" w14:textId="77777777" w:rsidR="00C1627D" w:rsidRDefault="00000000">
      <w:pPr>
        <w:spacing w:after="140"/>
        <w:ind w:firstLine="480"/>
        <w:jc w:val="both"/>
        <w:rPr>
          <w:lang w:eastAsia="zh-CN"/>
        </w:rPr>
      </w:pPr>
      <w:r>
        <w:rPr>
          <w:rFonts w:ascii="宋体" w:hAnsi="宋体" w:cs="宋体"/>
          <w:color w:val="000000"/>
          <w:lang w:eastAsia="zh-CN"/>
        </w:rPr>
        <w:t>三、本人身体状况能够适应相关活动，将如实告知可能影响训练、飞行或比赛安全的健康情况。</w:t>
      </w:r>
    </w:p>
    <w:p w14:paraId="7220FA8F" w14:textId="77777777" w:rsidR="00C1627D" w:rsidRDefault="00000000">
      <w:pPr>
        <w:spacing w:after="140"/>
        <w:ind w:firstLine="480"/>
        <w:jc w:val="both"/>
        <w:rPr>
          <w:lang w:eastAsia="zh-CN"/>
        </w:rPr>
      </w:pPr>
      <w:r>
        <w:rPr>
          <w:rFonts w:ascii="宋体" w:hAnsi="宋体" w:cs="宋体"/>
          <w:color w:val="000000"/>
          <w:lang w:eastAsia="zh-CN"/>
        </w:rPr>
        <w:t>四、本人严格遵守国家及北京市有关无人机飞行、空域管理、设备操作、消防和人身安全规定；未经许可不擅自飞行，不擅自操作竞赛设备。</w:t>
      </w:r>
    </w:p>
    <w:p w14:paraId="7639343C" w14:textId="77777777" w:rsidR="00C1627D" w:rsidRDefault="00000000">
      <w:pPr>
        <w:spacing w:after="140"/>
        <w:ind w:firstLine="480"/>
        <w:jc w:val="both"/>
        <w:rPr>
          <w:lang w:eastAsia="zh-CN"/>
        </w:rPr>
      </w:pPr>
      <w:r>
        <w:rPr>
          <w:rFonts w:ascii="宋体" w:hAnsi="宋体" w:cs="宋体"/>
          <w:color w:val="000000"/>
          <w:lang w:eastAsia="zh-CN"/>
        </w:rPr>
        <w:t>五、本人知悉实操考核可能采用模拟器、实际飞行或二者结合的方式，具体以北京市比赛时发布的技术文件和通知为准。</w:t>
      </w:r>
    </w:p>
    <w:p w14:paraId="0B95DE68" w14:textId="77777777" w:rsidR="00C1627D" w:rsidRDefault="00000000">
      <w:pPr>
        <w:spacing w:after="140"/>
        <w:ind w:firstLine="480"/>
        <w:jc w:val="both"/>
        <w:rPr>
          <w:lang w:eastAsia="zh-CN"/>
        </w:rPr>
      </w:pPr>
      <w:r>
        <w:rPr>
          <w:rFonts w:ascii="宋体" w:hAnsi="宋体" w:cs="宋体"/>
          <w:color w:val="000000"/>
          <w:lang w:eastAsia="zh-CN"/>
        </w:rPr>
        <w:t>六、本人知悉职业技能等级取得或晋升须达到相应竞赛成绩并符合相关政策、审核和证书核发规定，不将报名、入选或参训视为当然取得证书。</w:t>
      </w:r>
    </w:p>
    <w:p w14:paraId="0F81F1F5" w14:textId="77777777" w:rsidR="00C1627D" w:rsidRDefault="00000000">
      <w:pPr>
        <w:spacing w:after="140"/>
        <w:ind w:firstLine="480"/>
        <w:jc w:val="both"/>
        <w:rPr>
          <w:lang w:eastAsia="zh-CN"/>
        </w:rPr>
      </w:pPr>
      <w:r>
        <w:rPr>
          <w:rFonts w:ascii="宋体" w:hAnsi="宋体" w:cs="宋体"/>
          <w:color w:val="000000"/>
          <w:lang w:eastAsia="zh-CN"/>
        </w:rPr>
        <w:t>七、因个人违反规定造成损失或不良后果的，本人愿依法依规承担相应责任。</w:t>
      </w:r>
    </w:p>
    <w:p w14:paraId="072C03FF" w14:textId="77777777" w:rsidR="00C1627D" w:rsidRDefault="00000000">
      <w:pPr>
        <w:spacing w:before="360"/>
        <w:ind w:firstLine="480"/>
        <w:rPr>
          <w:lang w:eastAsia="zh-CN"/>
        </w:rPr>
      </w:pPr>
      <w:r>
        <w:rPr>
          <w:rFonts w:ascii="宋体" w:hAnsi="宋体" w:cs="宋体"/>
          <w:color w:val="000000"/>
          <w:lang w:eastAsia="zh-CN"/>
        </w:rPr>
        <w:t>承诺人签字：________________    联系电话：________________</w:t>
      </w:r>
    </w:p>
    <w:p w14:paraId="3EA205C2" w14:textId="77777777" w:rsidR="00C1627D" w:rsidRDefault="00000000">
      <w:pPr>
        <w:ind w:firstLine="480"/>
      </w:pPr>
      <w:proofErr w:type="spellStart"/>
      <w:r>
        <w:rPr>
          <w:rFonts w:ascii="宋体" w:hAnsi="宋体" w:cs="宋体"/>
          <w:color w:val="000000"/>
        </w:rPr>
        <w:t>日期</w:t>
      </w:r>
      <w:proofErr w:type="spellEnd"/>
      <w:r>
        <w:rPr>
          <w:rFonts w:ascii="宋体" w:hAnsi="宋体" w:cs="宋体"/>
          <w:color w:val="000000"/>
        </w:rPr>
        <w:t>：       年    月    日</w:t>
      </w:r>
    </w:p>
    <w:sectPr w:rsidR="00C1627D" w:rsidSect="00034616">
      <w:pgSz w:w="11906" w:h="16838"/>
      <w:pgMar w:top="1417" w:right="1417" w:bottom="1361" w:left="153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2421D" w14:textId="77777777" w:rsidR="008B104B" w:rsidRDefault="008B104B">
      <w:pPr>
        <w:spacing w:line="240" w:lineRule="auto"/>
        <w:ind w:firstLine="480"/>
      </w:pPr>
      <w:r>
        <w:separator/>
      </w:r>
    </w:p>
  </w:endnote>
  <w:endnote w:type="continuationSeparator" w:id="0">
    <w:p w14:paraId="787EE0B6" w14:textId="77777777" w:rsidR="008B104B" w:rsidRDefault="008B104B">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49F1B" w14:textId="77777777" w:rsidR="00E84A6C" w:rsidRDefault="00E84A6C">
    <w:pPr>
      <w:pStyle w:val="a7"/>
      <w:ind w:firstLine="4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6A16" w14:textId="77777777" w:rsidR="00E84A6C" w:rsidRDefault="00E84A6C">
    <w:pPr>
      <w:pStyle w:val="a7"/>
      <w:ind w:firstLine="4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4C57D" w14:textId="77777777" w:rsidR="00E84A6C" w:rsidRDefault="00E84A6C">
    <w:pPr>
      <w:pStyle w:val="a7"/>
      <w:ind w:firstLine="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1079F" w14:textId="77777777" w:rsidR="008B104B" w:rsidRDefault="008B104B">
      <w:pPr>
        <w:spacing w:line="240" w:lineRule="auto"/>
        <w:ind w:firstLine="480"/>
      </w:pPr>
      <w:r>
        <w:separator/>
      </w:r>
    </w:p>
  </w:footnote>
  <w:footnote w:type="continuationSeparator" w:id="0">
    <w:p w14:paraId="01C8D4E6" w14:textId="77777777" w:rsidR="008B104B" w:rsidRDefault="008B104B">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995C1" w14:textId="77777777" w:rsidR="00E84A6C" w:rsidRDefault="00E84A6C">
    <w:pPr>
      <w:pStyle w:val="a5"/>
      <w:ind w:firstLine="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218AA" w14:textId="77777777" w:rsidR="00E84A6C" w:rsidRDefault="00E84A6C">
    <w:pPr>
      <w:pStyle w:val="a5"/>
      <w:ind w:firstLine="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AB69" w14:textId="77777777" w:rsidR="00E84A6C" w:rsidRDefault="00E84A6C">
    <w:pPr>
      <w:pStyle w:val="a5"/>
      <w:ind w:firstLine="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94797710">
    <w:abstractNumId w:val="8"/>
  </w:num>
  <w:num w:numId="2" w16cid:durableId="1394504154">
    <w:abstractNumId w:val="6"/>
  </w:num>
  <w:num w:numId="3" w16cid:durableId="2118669877">
    <w:abstractNumId w:val="5"/>
  </w:num>
  <w:num w:numId="4" w16cid:durableId="495339992">
    <w:abstractNumId w:val="4"/>
  </w:num>
  <w:num w:numId="5" w16cid:durableId="1471941276">
    <w:abstractNumId w:val="7"/>
  </w:num>
  <w:num w:numId="6" w16cid:durableId="1518232977">
    <w:abstractNumId w:val="3"/>
  </w:num>
  <w:num w:numId="7" w16cid:durableId="1821268640">
    <w:abstractNumId w:val="2"/>
  </w:num>
  <w:num w:numId="8" w16cid:durableId="1166898609">
    <w:abstractNumId w:val="1"/>
  </w:num>
  <w:num w:numId="9" w16cid:durableId="861745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457"/>
    <w:rsid w:val="00027DB9"/>
    <w:rsid w:val="00034616"/>
    <w:rsid w:val="0006063C"/>
    <w:rsid w:val="00076B9C"/>
    <w:rsid w:val="00081146"/>
    <w:rsid w:val="000E7AFF"/>
    <w:rsid w:val="001407DC"/>
    <w:rsid w:val="0015074B"/>
    <w:rsid w:val="001515DE"/>
    <w:rsid w:val="001A787F"/>
    <w:rsid w:val="001F60F7"/>
    <w:rsid w:val="0024056F"/>
    <w:rsid w:val="002538ED"/>
    <w:rsid w:val="00256C50"/>
    <w:rsid w:val="00270C6A"/>
    <w:rsid w:val="00281222"/>
    <w:rsid w:val="0029639D"/>
    <w:rsid w:val="002B1959"/>
    <w:rsid w:val="002C3DF8"/>
    <w:rsid w:val="002D48AC"/>
    <w:rsid w:val="00326F90"/>
    <w:rsid w:val="0034589F"/>
    <w:rsid w:val="003463D9"/>
    <w:rsid w:val="00351BDF"/>
    <w:rsid w:val="003A777B"/>
    <w:rsid w:val="003B461D"/>
    <w:rsid w:val="003D454F"/>
    <w:rsid w:val="00467B19"/>
    <w:rsid w:val="004842A6"/>
    <w:rsid w:val="0050106E"/>
    <w:rsid w:val="00523DA9"/>
    <w:rsid w:val="005306B3"/>
    <w:rsid w:val="005332D1"/>
    <w:rsid w:val="00551DD9"/>
    <w:rsid w:val="0061112D"/>
    <w:rsid w:val="00664C7B"/>
    <w:rsid w:val="00665C40"/>
    <w:rsid w:val="00672A7C"/>
    <w:rsid w:val="00683CDA"/>
    <w:rsid w:val="00691C4A"/>
    <w:rsid w:val="007019BA"/>
    <w:rsid w:val="00774A4B"/>
    <w:rsid w:val="0077512D"/>
    <w:rsid w:val="007A1004"/>
    <w:rsid w:val="007A3C77"/>
    <w:rsid w:val="007B03E9"/>
    <w:rsid w:val="007C4251"/>
    <w:rsid w:val="007E2916"/>
    <w:rsid w:val="00823AB7"/>
    <w:rsid w:val="00840895"/>
    <w:rsid w:val="008965F3"/>
    <w:rsid w:val="008B104B"/>
    <w:rsid w:val="008B6C27"/>
    <w:rsid w:val="008C02E1"/>
    <w:rsid w:val="00924AFA"/>
    <w:rsid w:val="009D587C"/>
    <w:rsid w:val="00A11012"/>
    <w:rsid w:val="00A11F22"/>
    <w:rsid w:val="00A16824"/>
    <w:rsid w:val="00A964BC"/>
    <w:rsid w:val="00A96B4B"/>
    <w:rsid w:val="00AA1D8D"/>
    <w:rsid w:val="00B205A2"/>
    <w:rsid w:val="00B47730"/>
    <w:rsid w:val="00B5654A"/>
    <w:rsid w:val="00BB5A40"/>
    <w:rsid w:val="00BE6FB4"/>
    <w:rsid w:val="00C1204A"/>
    <w:rsid w:val="00C1627D"/>
    <w:rsid w:val="00C2047D"/>
    <w:rsid w:val="00C46FA6"/>
    <w:rsid w:val="00C94B12"/>
    <w:rsid w:val="00CB0664"/>
    <w:rsid w:val="00CB5A55"/>
    <w:rsid w:val="00CB6592"/>
    <w:rsid w:val="00D23D8A"/>
    <w:rsid w:val="00D269D6"/>
    <w:rsid w:val="00D31662"/>
    <w:rsid w:val="00D72F43"/>
    <w:rsid w:val="00D82E3C"/>
    <w:rsid w:val="00DC043D"/>
    <w:rsid w:val="00DF681D"/>
    <w:rsid w:val="00E50FD9"/>
    <w:rsid w:val="00E84A6C"/>
    <w:rsid w:val="00E97265"/>
    <w:rsid w:val="00FB21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B76322"/>
  <w14:defaultImageDpi w14:val="300"/>
  <w15:docId w15:val="{568AE5EB-AAC9-4068-968F-6008D7971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64C7B"/>
    <w:pPr>
      <w:spacing w:after="0" w:line="360" w:lineRule="auto"/>
      <w:ind w:firstLineChars="200" w:firstLine="200"/>
    </w:pPr>
    <w:rPr>
      <w:rFonts w:ascii="Times New Roman" w:eastAsia="宋体" w:hAnsi="Times New Roman"/>
      <w:sz w:val="24"/>
    </w:rPr>
  </w:style>
  <w:style w:type="paragraph" w:styleId="1">
    <w:name w:val="heading 1"/>
    <w:next w:val="a1"/>
    <w:link w:val="10"/>
    <w:uiPriority w:val="9"/>
    <w:qFormat/>
    <w:rsid w:val="00D82E3C"/>
    <w:pPr>
      <w:keepNext/>
      <w:keepLines/>
      <w:spacing w:before="120" w:after="120" w:line="360" w:lineRule="auto"/>
      <w:outlineLvl w:val="0"/>
    </w:pPr>
    <w:rPr>
      <w:rFonts w:ascii="Times New Roman" w:eastAsia="宋体" w:hAnsi="Times New Roman" w:cstheme="majorBidi"/>
      <w:b/>
      <w:bCs/>
      <w:sz w:val="32"/>
      <w:szCs w:val="28"/>
    </w:rPr>
  </w:style>
  <w:style w:type="paragraph" w:styleId="21">
    <w:name w:val="heading 2"/>
    <w:basedOn w:val="a1"/>
    <w:next w:val="a1"/>
    <w:link w:val="22"/>
    <w:uiPriority w:val="9"/>
    <w:unhideWhenUsed/>
    <w:qFormat/>
    <w:rsid w:val="00FC693F"/>
    <w:pPr>
      <w:keepNext/>
      <w:keepLines/>
      <w:spacing w:before="240" w:after="120"/>
      <w:outlineLvl w:val="1"/>
    </w:pPr>
    <w:rPr>
      <w:rFonts w:asciiTheme="majorHAnsi" w:eastAsiaTheme="majorEastAsia" w:hAnsiTheme="majorHAnsi" w:cstheme="majorBidi"/>
      <w:b/>
      <w:bCs/>
      <w:color w:val="1F4E79"/>
      <w:sz w:val="28"/>
      <w:szCs w:val="26"/>
    </w:rPr>
  </w:style>
  <w:style w:type="paragraph" w:styleId="31">
    <w:name w:val="heading 3"/>
    <w:basedOn w:val="a1"/>
    <w:next w:val="a1"/>
    <w:link w:val="32"/>
    <w:uiPriority w:val="9"/>
    <w:unhideWhenUsed/>
    <w:qFormat/>
    <w:rsid w:val="00FC693F"/>
    <w:pPr>
      <w:keepNext/>
      <w:keepLines/>
      <w:spacing w:before="160" w:after="80"/>
      <w:outlineLvl w:val="2"/>
    </w:pPr>
    <w:rPr>
      <w:rFonts w:asciiTheme="majorHAnsi" w:eastAsiaTheme="majorEastAsia" w:hAnsiTheme="majorHAnsi" w:cstheme="majorBidi"/>
      <w:b/>
      <w:bCs/>
      <w:color w:val="1F4E79"/>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D82E3C"/>
    <w:rPr>
      <w:rFonts w:ascii="Times New Roman" w:eastAsia="宋体" w:hAnsi="Times New Roman" w:cstheme="majorBidi"/>
      <w:b/>
      <w:bCs/>
      <w:sz w:val="32"/>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Chars="200" w:firstLine="200"/>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4</Pages>
  <Words>639</Words>
  <Characters>660</Characters>
  <Application>Microsoft Office Word</Application>
  <DocSecurity>0</DocSecurity>
  <Lines>50</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2026年全国无人机驾驶员职业技能竞赛北京市选拔赛选手报名通知（全市报名版）</dc:title>
  <dc:subject>面向全北京市相关行业职工、教师、学生及其他符合条件人员的报名通知</dc:subject>
  <dc:creator>北京工业职业技术学院</dc:creator>
  <cp:keywords/>
  <dc:description>generated by python-docx</dc:description>
  <cp:lastModifiedBy>kunsheng xiang</cp:lastModifiedBy>
  <cp:revision>261</cp:revision>
  <dcterms:created xsi:type="dcterms:W3CDTF">2013-12-23T23:15:00Z</dcterms:created>
  <dcterms:modified xsi:type="dcterms:W3CDTF">2026-09-29T02:23:00Z</dcterms:modified>
  <cp:category/>
</cp:coreProperties>
</file>